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403BA" w14:textId="77777777" w:rsidR="00FA00CF" w:rsidRDefault="00FA00CF">
      <w:pPr>
        <w:spacing w:before="240"/>
        <w:jc w:val="center"/>
        <w:rPr>
          <w:b/>
          <w:sz w:val="28"/>
        </w:rPr>
      </w:pPr>
    </w:p>
    <w:p w14:paraId="0EC61BD4" w14:textId="77777777" w:rsidR="00FA00CF" w:rsidRDefault="00FA00CF">
      <w:pPr>
        <w:spacing w:before="240"/>
        <w:jc w:val="center"/>
        <w:rPr>
          <w:b/>
          <w:sz w:val="28"/>
        </w:rPr>
      </w:pPr>
    </w:p>
    <w:p w14:paraId="16072DA3" w14:textId="77777777" w:rsidR="00FA00CF" w:rsidRDefault="00FA00CF">
      <w:pPr>
        <w:spacing w:before="240"/>
        <w:jc w:val="center"/>
        <w:rPr>
          <w:b/>
          <w:sz w:val="28"/>
        </w:rPr>
      </w:pPr>
    </w:p>
    <w:p w14:paraId="418F66C6" w14:textId="2B7B4A1D" w:rsidR="00FA00CF" w:rsidRDefault="00FA00CF">
      <w:pPr>
        <w:spacing w:before="240"/>
        <w:jc w:val="center"/>
      </w:pPr>
      <w:r>
        <w:rPr>
          <w:noProof/>
        </w:rPr>
        <w:drawing>
          <wp:inline distT="0" distB="0" distL="0" distR="0" wp14:anchorId="33D6FB59" wp14:editId="597563BE">
            <wp:extent cx="3543300" cy="1390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1390650"/>
                    </a:xfrm>
                    <a:prstGeom prst="rect">
                      <a:avLst/>
                    </a:prstGeom>
                    <a:noFill/>
                    <a:ln>
                      <a:noFill/>
                    </a:ln>
                  </pic:spPr>
                </pic:pic>
              </a:graphicData>
            </a:graphic>
          </wp:inline>
        </w:drawing>
      </w:r>
    </w:p>
    <w:p w14:paraId="5F27C7DB" w14:textId="77777777" w:rsidR="00FA00CF" w:rsidRDefault="00FA00CF" w:rsidP="00FA00CF">
      <w:pPr>
        <w:pStyle w:val="paragraph"/>
        <w:spacing w:before="0" w:beforeAutospacing="0" w:after="0" w:afterAutospacing="0"/>
        <w:jc w:val="center"/>
        <w:textAlignment w:val="baseline"/>
        <w:rPr>
          <w:rStyle w:val="normaltextrun"/>
          <w:rFonts w:ascii="Arial" w:hAnsi="Arial" w:cs="Arial"/>
          <w:b/>
          <w:bCs/>
          <w:color w:val="003366"/>
          <w:sz w:val="22"/>
          <w:szCs w:val="22"/>
        </w:rPr>
      </w:pPr>
    </w:p>
    <w:p w14:paraId="4F07BB0E" w14:textId="77777777" w:rsidR="00FA00CF" w:rsidRDefault="00FA00CF" w:rsidP="00FA00CF">
      <w:pPr>
        <w:pStyle w:val="paragraph"/>
        <w:spacing w:before="0" w:beforeAutospacing="0" w:after="0" w:afterAutospacing="0"/>
        <w:jc w:val="center"/>
        <w:textAlignment w:val="baseline"/>
        <w:rPr>
          <w:rStyle w:val="normaltextrun"/>
          <w:rFonts w:ascii="Arial" w:hAnsi="Arial" w:cs="Arial"/>
          <w:b/>
          <w:bCs/>
          <w:color w:val="003366"/>
          <w:sz w:val="22"/>
          <w:szCs w:val="22"/>
        </w:rPr>
      </w:pPr>
    </w:p>
    <w:p w14:paraId="1CA6EA65" w14:textId="142AF50D" w:rsidR="00FA00CF" w:rsidRDefault="00FA00CF" w:rsidP="00FA00CF">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003366"/>
          <w:sz w:val="22"/>
          <w:szCs w:val="22"/>
        </w:rPr>
        <w:t>Membership </w:t>
      </w:r>
    </w:p>
    <w:p w14:paraId="2561CB6C" w14:textId="4A7AF8E9" w:rsidR="00FA00CF" w:rsidRDefault="00FA00CF" w:rsidP="00FA00CF">
      <w:pPr>
        <w:spacing w:before="240"/>
        <w:jc w:val="center"/>
      </w:pPr>
      <w:r>
        <w:rPr>
          <w:rStyle w:val="normaltextrun"/>
          <w:rFonts w:cs="Arial"/>
          <w:b/>
          <w:bCs/>
          <w:color w:val="003366"/>
          <w:sz w:val="22"/>
        </w:rPr>
        <w:t>Rules &amp; Regulations</w:t>
      </w:r>
      <w:r>
        <w:rPr>
          <w:rStyle w:val="scxw23320364"/>
          <w:rFonts w:cs="Arial"/>
          <w:color w:val="003366"/>
          <w:sz w:val="22"/>
        </w:rPr>
        <w:t> </w:t>
      </w:r>
    </w:p>
    <w:p w14:paraId="43DEA67E" w14:textId="77777777" w:rsidR="00FA00CF" w:rsidRDefault="00FA00CF">
      <w:pPr>
        <w:spacing w:before="240"/>
        <w:jc w:val="center"/>
      </w:pPr>
    </w:p>
    <w:p w14:paraId="5208ADE7" w14:textId="77777777" w:rsidR="00755753" w:rsidRDefault="00306199" w:rsidP="00FA00CF">
      <w:pPr>
        <w:pStyle w:val="Heading3"/>
        <w:jc w:val="center"/>
      </w:pPr>
      <w:r>
        <w:t>Staff Membership • Student Membership • Staff Family Membership</w:t>
      </w:r>
    </w:p>
    <w:p w14:paraId="1360D584" w14:textId="77777777" w:rsidR="00FA00CF" w:rsidRPr="00FA00CF" w:rsidRDefault="00FA00CF" w:rsidP="00FA00CF"/>
    <w:p w14:paraId="20F8A02B" w14:textId="4B1C6DA3" w:rsidR="00FA00CF" w:rsidRDefault="00FA00CF" w:rsidP="00FA00CF">
      <w:pPr>
        <w:pStyle w:val="paragraph"/>
        <w:spacing w:before="0" w:beforeAutospacing="0" w:after="0" w:afterAutospacing="0"/>
        <w:jc w:val="center"/>
        <w:textAlignment w:val="baseline"/>
        <w:rPr>
          <w:rFonts w:ascii="Segoe UI" w:hAnsi="Segoe UI" w:cs="Segoe UI"/>
          <w:sz w:val="18"/>
          <w:szCs w:val="18"/>
        </w:rPr>
      </w:pPr>
      <w:r>
        <w:rPr>
          <w:rFonts w:ascii="Arial" w:hAnsi="Arial" w:cs="Arial"/>
          <w:color w:val="003366"/>
          <w:sz w:val="22"/>
          <w:szCs w:val="22"/>
        </w:rPr>
        <w:br/>
      </w:r>
    </w:p>
    <w:p w14:paraId="1AEF7536" w14:textId="57A6CBD5" w:rsidR="00FA00CF" w:rsidRDefault="00FA00CF" w:rsidP="00FA00CF">
      <w:pPr>
        <w:pStyle w:val="paragraph"/>
        <w:spacing w:before="0" w:beforeAutospacing="0" w:after="0" w:afterAutospacing="0"/>
        <w:jc w:val="both"/>
        <w:textAlignment w:val="baseline"/>
        <w:rPr>
          <w:rFonts w:ascii="Segoe UI" w:hAnsi="Segoe UI" w:cs="Segoe UI"/>
          <w:sz w:val="18"/>
          <w:szCs w:val="18"/>
        </w:rPr>
      </w:pPr>
    </w:p>
    <w:p w14:paraId="3FC155AF" w14:textId="77777777" w:rsidR="00FA00CF" w:rsidRDefault="00FA00CF">
      <w:pPr>
        <w:spacing w:before="440"/>
        <w:jc w:val="center"/>
      </w:pPr>
    </w:p>
    <w:p w14:paraId="32045388" w14:textId="089BAF75" w:rsidR="00755753" w:rsidRDefault="00306199">
      <w:pPr>
        <w:spacing w:before="1100"/>
        <w:jc w:val="center"/>
      </w:pPr>
      <w:r>
        <w:rPr>
          <w:sz w:val="22"/>
        </w:rPr>
        <w:br/>
      </w:r>
    </w:p>
    <w:p w14:paraId="6B054F5C" w14:textId="77777777" w:rsidR="00755753" w:rsidRDefault="00306199">
      <w:r>
        <w:br w:type="page"/>
      </w:r>
    </w:p>
    <w:p w14:paraId="45C27D26" w14:textId="77777777" w:rsidR="00755753" w:rsidRPr="00FA00CF" w:rsidRDefault="00306199" w:rsidP="00FA00CF">
      <w:pPr>
        <w:pStyle w:val="Heading1"/>
        <w:rPr>
          <w:sz w:val="26"/>
          <w:szCs w:val="26"/>
        </w:rPr>
      </w:pPr>
      <w:r w:rsidRPr="00FA00CF">
        <w:rPr>
          <w:sz w:val="26"/>
          <w:szCs w:val="26"/>
        </w:rPr>
        <w:lastRenderedPageBreak/>
        <w:t>Membership Rules &amp; Regulations</w:t>
      </w:r>
    </w:p>
    <w:p w14:paraId="5147F70A" w14:textId="41CB7654" w:rsidR="00755753" w:rsidRPr="00FA00CF" w:rsidRDefault="00306199">
      <w:pPr>
        <w:rPr>
          <w:sz w:val="20"/>
          <w:szCs w:val="20"/>
        </w:rPr>
      </w:pPr>
      <w:r w:rsidRPr="00FA00CF">
        <w:rPr>
          <w:sz w:val="20"/>
          <w:szCs w:val="20"/>
        </w:rPr>
        <w:t xml:space="preserve">These Rules &amp; Regulations apply to members using Hope Park Sports under the Staff, Student and Staff Family membership schemes. They set out </w:t>
      </w:r>
      <w:r w:rsidR="00FA00CF" w:rsidRPr="00FA00CF">
        <w:rPr>
          <w:sz w:val="20"/>
          <w:szCs w:val="20"/>
        </w:rPr>
        <w:t>rules</w:t>
      </w:r>
      <w:r w:rsidRPr="00FA00CF">
        <w:rPr>
          <w:sz w:val="20"/>
          <w:szCs w:val="20"/>
        </w:rPr>
        <w:t xml:space="preserve"> for safe, respectful and appropriate use of the facilities.</w:t>
      </w:r>
    </w:p>
    <w:p w14:paraId="50DD2B79" w14:textId="77777777" w:rsidR="00755753" w:rsidRPr="00FA00CF" w:rsidRDefault="00306199">
      <w:pPr>
        <w:rPr>
          <w:sz w:val="20"/>
          <w:szCs w:val="20"/>
        </w:rPr>
      </w:pPr>
      <w:r w:rsidRPr="00FA00CF">
        <w:rPr>
          <w:sz w:val="20"/>
          <w:szCs w:val="20"/>
        </w:rPr>
        <w:t>These Rules &amp; Regulations should be read alongside the relevant membership Terms &amp; Conditions (T&amp;Cs). Where a matter relates specifically to membership eligibility, payment, fees, cancellation or other contractual arrangements, the relevant T&amp;Cs will apply.</w:t>
      </w:r>
    </w:p>
    <w:p w14:paraId="4FD9AFED" w14:textId="77777777" w:rsidR="00755753" w:rsidRPr="00FA00CF" w:rsidRDefault="00306199" w:rsidP="00FA00CF">
      <w:pPr>
        <w:pStyle w:val="Heading2"/>
        <w:rPr>
          <w:sz w:val="22"/>
          <w:szCs w:val="22"/>
        </w:rPr>
      </w:pPr>
      <w:r w:rsidRPr="00FA00CF">
        <w:rPr>
          <w:sz w:val="24"/>
          <w:szCs w:val="24"/>
        </w:rPr>
        <w:t>1. Membership Access &amp; Facilities</w:t>
      </w:r>
    </w:p>
    <w:p w14:paraId="6D3EF14F" w14:textId="77777777" w:rsidR="00755753" w:rsidRPr="00FA00CF" w:rsidRDefault="00306199">
      <w:pPr>
        <w:rPr>
          <w:sz w:val="20"/>
          <w:szCs w:val="20"/>
        </w:rPr>
      </w:pPr>
      <w:r w:rsidRPr="00FA00CF">
        <w:rPr>
          <w:sz w:val="20"/>
          <w:szCs w:val="20"/>
        </w:rPr>
        <w:t>The access rights below apply according to the type of membership held. Unless specifically stated otherwise, the rules in this document apply to all members.</w:t>
      </w:r>
    </w:p>
    <w:tbl>
      <w:tblPr>
        <w:tblStyle w:val="TableGrid"/>
        <w:tblW w:w="0" w:type="auto"/>
        <w:jc w:val="center"/>
        <w:tblLook w:val="04A0" w:firstRow="1" w:lastRow="0" w:firstColumn="1" w:lastColumn="0" w:noHBand="0" w:noVBand="1"/>
      </w:tblPr>
      <w:tblGrid>
        <w:gridCol w:w="2482"/>
        <w:gridCol w:w="2481"/>
        <w:gridCol w:w="2481"/>
        <w:gridCol w:w="2482"/>
      </w:tblGrid>
      <w:tr w:rsidR="00755753" w14:paraId="59FCE1ED" w14:textId="77777777">
        <w:trPr>
          <w:jc w:val="center"/>
        </w:trPr>
        <w:tc>
          <w:tcPr>
            <w:tcW w:w="2484" w:type="dxa"/>
            <w:shd w:val="clear" w:color="auto" w:fill="D9E2F3"/>
            <w:vAlign w:val="center"/>
          </w:tcPr>
          <w:p w14:paraId="22BC5837" w14:textId="77777777" w:rsidR="00755753" w:rsidRDefault="00306199">
            <w:r>
              <w:rPr>
                <w:b/>
                <w:sz w:val="19"/>
              </w:rPr>
              <w:t>Membership</w:t>
            </w:r>
          </w:p>
        </w:tc>
        <w:tc>
          <w:tcPr>
            <w:tcW w:w="2484" w:type="dxa"/>
            <w:shd w:val="clear" w:color="auto" w:fill="D9E2F3"/>
            <w:vAlign w:val="center"/>
          </w:tcPr>
          <w:p w14:paraId="2E90FAD7" w14:textId="77777777" w:rsidR="00755753" w:rsidRDefault="00306199">
            <w:r>
              <w:rPr>
                <w:b/>
                <w:sz w:val="19"/>
              </w:rPr>
              <w:t>Fitness Suite</w:t>
            </w:r>
          </w:p>
        </w:tc>
        <w:tc>
          <w:tcPr>
            <w:tcW w:w="2484" w:type="dxa"/>
            <w:shd w:val="clear" w:color="auto" w:fill="D9E2F3"/>
            <w:vAlign w:val="center"/>
          </w:tcPr>
          <w:p w14:paraId="0AF3E12D" w14:textId="77777777" w:rsidR="00755753" w:rsidRDefault="00306199">
            <w:r>
              <w:rPr>
                <w:b/>
                <w:sz w:val="19"/>
              </w:rPr>
              <w:t>Fitness Classes</w:t>
            </w:r>
          </w:p>
        </w:tc>
        <w:tc>
          <w:tcPr>
            <w:tcW w:w="2484" w:type="dxa"/>
            <w:shd w:val="clear" w:color="auto" w:fill="D9E2F3"/>
            <w:vAlign w:val="center"/>
          </w:tcPr>
          <w:p w14:paraId="4912315F" w14:textId="77777777" w:rsidR="00755753" w:rsidRDefault="00306199">
            <w:r>
              <w:rPr>
                <w:b/>
                <w:sz w:val="19"/>
              </w:rPr>
              <w:t>Facility / Court Hire</w:t>
            </w:r>
          </w:p>
        </w:tc>
      </w:tr>
      <w:tr w:rsidR="00755753" w14:paraId="6505901A" w14:textId="77777777">
        <w:trPr>
          <w:jc w:val="center"/>
        </w:trPr>
        <w:tc>
          <w:tcPr>
            <w:tcW w:w="2484" w:type="dxa"/>
            <w:vAlign w:val="center"/>
          </w:tcPr>
          <w:p w14:paraId="557427D3" w14:textId="77777777" w:rsidR="00755753" w:rsidRDefault="00306199">
            <w:r>
              <w:rPr>
                <w:sz w:val="19"/>
              </w:rPr>
              <w:t>Staff Membership</w:t>
            </w:r>
          </w:p>
        </w:tc>
        <w:tc>
          <w:tcPr>
            <w:tcW w:w="2484" w:type="dxa"/>
            <w:vAlign w:val="center"/>
          </w:tcPr>
          <w:p w14:paraId="6428A49D" w14:textId="77777777" w:rsidR="00755753" w:rsidRDefault="00306199">
            <w:r>
              <w:rPr>
                <w:sz w:val="19"/>
              </w:rPr>
              <w:t>✓</w:t>
            </w:r>
            <w:r>
              <w:rPr>
                <w:sz w:val="19"/>
              </w:rPr>
              <w:t xml:space="preserve"> Full access</w:t>
            </w:r>
          </w:p>
        </w:tc>
        <w:tc>
          <w:tcPr>
            <w:tcW w:w="2484" w:type="dxa"/>
            <w:vAlign w:val="center"/>
          </w:tcPr>
          <w:p w14:paraId="06400882" w14:textId="77777777" w:rsidR="00755753" w:rsidRDefault="00306199">
            <w:r>
              <w:rPr>
                <w:sz w:val="19"/>
              </w:rPr>
              <w:t>✓</w:t>
            </w:r>
            <w:r>
              <w:rPr>
                <w:sz w:val="19"/>
              </w:rPr>
              <w:t xml:space="preserve"> Included</w:t>
            </w:r>
          </w:p>
        </w:tc>
        <w:tc>
          <w:tcPr>
            <w:tcW w:w="2484" w:type="dxa"/>
            <w:vAlign w:val="center"/>
          </w:tcPr>
          <w:p w14:paraId="61932529" w14:textId="77777777" w:rsidR="00755753" w:rsidRDefault="00306199">
            <w:r>
              <w:rPr>
                <w:sz w:val="19"/>
              </w:rPr>
              <w:t>✓</w:t>
            </w:r>
            <w:r>
              <w:rPr>
                <w:sz w:val="19"/>
              </w:rPr>
              <w:t xml:space="preserve"> Squash, badminton, basketball, 3G and Astro pitches, subject to booking and availability</w:t>
            </w:r>
          </w:p>
        </w:tc>
      </w:tr>
      <w:tr w:rsidR="00755753" w14:paraId="3BCB5DA2" w14:textId="77777777">
        <w:trPr>
          <w:jc w:val="center"/>
        </w:trPr>
        <w:tc>
          <w:tcPr>
            <w:tcW w:w="2484" w:type="dxa"/>
            <w:vAlign w:val="center"/>
          </w:tcPr>
          <w:p w14:paraId="2176191A" w14:textId="77777777" w:rsidR="00755753" w:rsidRDefault="00306199">
            <w:r>
              <w:rPr>
                <w:sz w:val="19"/>
              </w:rPr>
              <w:t>Student Membership</w:t>
            </w:r>
          </w:p>
        </w:tc>
        <w:tc>
          <w:tcPr>
            <w:tcW w:w="2484" w:type="dxa"/>
            <w:vAlign w:val="center"/>
          </w:tcPr>
          <w:p w14:paraId="4AADC440" w14:textId="77777777" w:rsidR="00755753" w:rsidRDefault="00306199">
            <w:r>
              <w:rPr>
                <w:sz w:val="19"/>
              </w:rPr>
              <w:t>✓</w:t>
            </w:r>
            <w:r>
              <w:rPr>
                <w:sz w:val="19"/>
              </w:rPr>
              <w:t xml:space="preserve"> Full access</w:t>
            </w:r>
          </w:p>
        </w:tc>
        <w:tc>
          <w:tcPr>
            <w:tcW w:w="2484" w:type="dxa"/>
            <w:vAlign w:val="center"/>
          </w:tcPr>
          <w:p w14:paraId="074EA1DF" w14:textId="77777777" w:rsidR="00755753" w:rsidRDefault="00306199">
            <w:r>
              <w:rPr>
                <w:sz w:val="19"/>
              </w:rPr>
              <w:t>✓</w:t>
            </w:r>
            <w:r>
              <w:rPr>
                <w:sz w:val="19"/>
              </w:rPr>
              <w:t xml:space="preserve"> Included</w:t>
            </w:r>
          </w:p>
        </w:tc>
        <w:tc>
          <w:tcPr>
            <w:tcW w:w="2484" w:type="dxa"/>
            <w:vAlign w:val="center"/>
          </w:tcPr>
          <w:p w14:paraId="6EA49A96" w14:textId="77777777" w:rsidR="00755753" w:rsidRDefault="00306199">
            <w:r>
              <w:rPr>
                <w:sz w:val="19"/>
              </w:rPr>
              <w:t>✓</w:t>
            </w:r>
            <w:r>
              <w:rPr>
                <w:sz w:val="19"/>
              </w:rPr>
              <w:t xml:space="preserve"> Squash, badminton, basketball, 3G and Astro pitches, subject to booking and availability</w:t>
            </w:r>
          </w:p>
        </w:tc>
      </w:tr>
      <w:tr w:rsidR="00755753" w14:paraId="64785435" w14:textId="77777777">
        <w:trPr>
          <w:jc w:val="center"/>
        </w:trPr>
        <w:tc>
          <w:tcPr>
            <w:tcW w:w="2484" w:type="dxa"/>
            <w:vAlign w:val="center"/>
          </w:tcPr>
          <w:p w14:paraId="03D3F47C" w14:textId="77777777" w:rsidR="00755753" w:rsidRDefault="00306199">
            <w:r>
              <w:rPr>
                <w:sz w:val="19"/>
              </w:rPr>
              <w:t>Staff Family Membership</w:t>
            </w:r>
          </w:p>
        </w:tc>
        <w:tc>
          <w:tcPr>
            <w:tcW w:w="2484" w:type="dxa"/>
            <w:vAlign w:val="center"/>
          </w:tcPr>
          <w:p w14:paraId="7556EA59" w14:textId="77777777" w:rsidR="00755753" w:rsidRDefault="00306199">
            <w:r>
              <w:rPr>
                <w:sz w:val="19"/>
              </w:rPr>
              <w:t>✓</w:t>
            </w:r>
            <w:r>
              <w:rPr>
                <w:sz w:val="19"/>
              </w:rPr>
              <w:t xml:space="preserve"> Access</w:t>
            </w:r>
          </w:p>
        </w:tc>
        <w:tc>
          <w:tcPr>
            <w:tcW w:w="2484" w:type="dxa"/>
            <w:vAlign w:val="center"/>
          </w:tcPr>
          <w:p w14:paraId="2269461B" w14:textId="77777777" w:rsidR="00755753" w:rsidRDefault="00306199">
            <w:r>
              <w:rPr>
                <w:sz w:val="19"/>
              </w:rPr>
              <w:t>Not included</w:t>
            </w:r>
          </w:p>
        </w:tc>
        <w:tc>
          <w:tcPr>
            <w:tcW w:w="2484" w:type="dxa"/>
            <w:vAlign w:val="center"/>
          </w:tcPr>
          <w:p w14:paraId="3BB33155" w14:textId="77777777" w:rsidR="00755753" w:rsidRDefault="00306199">
            <w:r>
              <w:rPr>
                <w:sz w:val="19"/>
              </w:rPr>
              <w:t>✓</w:t>
            </w:r>
            <w:r>
              <w:rPr>
                <w:sz w:val="19"/>
              </w:rPr>
              <w:t xml:space="preserve"> Squash Courts only, subject to booking and availability</w:t>
            </w:r>
          </w:p>
        </w:tc>
      </w:tr>
    </w:tbl>
    <w:p w14:paraId="77435648" w14:textId="77777777" w:rsidR="00755753" w:rsidRPr="00FA00CF" w:rsidRDefault="00306199">
      <w:pPr>
        <w:spacing w:before="120"/>
        <w:rPr>
          <w:sz w:val="20"/>
          <w:szCs w:val="20"/>
        </w:rPr>
      </w:pPr>
      <w:r w:rsidRPr="00FA00CF">
        <w:rPr>
          <w:b/>
          <w:sz w:val="20"/>
          <w:szCs w:val="20"/>
        </w:rPr>
        <w:t xml:space="preserve">Important: </w:t>
      </w:r>
      <w:r w:rsidRPr="00FA00CF">
        <w:rPr>
          <w:sz w:val="20"/>
          <w:szCs w:val="20"/>
        </w:rPr>
        <w:t>Staff and Student members have the same Sports Complex membership access rights. Staff Family members have a more limited membership entitlement and may only use the facilities identified above.</w:t>
      </w:r>
    </w:p>
    <w:p w14:paraId="6D5210F9" w14:textId="77777777" w:rsidR="00755753" w:rsidRPr="00FA00CF" w:rsidRDefault="00306199">
      <w:pPr>
        <w:rPr>
          <w:sz w:val="20"/>
          <w:szCs w:val="20"/>
        </w:rPr>
      </w:pPr>
      <w:r w:rsidRPr="00FA00CF">
        <w:rPr>
          <w:sz w:val="20"/>
          <w:szCs w:val="20"/>
        </w:rPr>
        <w:t>Membership does not provide independent access to the Strength and Conditioning Suite or Exercise Studio. Where access to these areas is available as part of an organised session, class or activity, members must follow the instructions of the instructor or Hope Park Sports staff.</w:t>
      </w:r>
    </w:p>
    <w:p w14:paraId="00621460" w14:textId="77777777" w:rsidR="00755753" w:rsidRPr="00FA00CF" w:rsidRDefault="00306199" w:rsidP="00FA00CF">
      <w:pPr>
        <w:pStyle w:val="Heading2"/>
        <w:rPr>
          <w:sz w:val="24"/>
          <w:szCs w:val="24"/>
        </w:rPr>
      </w:pPr>
      <w:r w:rsidRPr="00FA00CF">
        <w:rPr>
          <w:sz w:val="24"/>
          <w:szCs w:val="24"/>
        </w:rPr>
        <w:t>2. Membership Period</w:t>
      </w:r>
    </w:p>
    <w:p w14:paraId="4DB45A5A" w14:textId="77777777" w:rsidR="00755753" w:rsidRPr="00FA00CF" w:rsidRDefault="00306199">
      <w:pPr>
        <w:rPr>
          <w:sz w:val="20"/>
          <w:szCs w:val="20"/>
        </w:rPr>
      </w:pPr>
      <w:r w:rsidRPr="00FA00CF">
        <w:rPr>
          <w:sz w:val="20"/>
          <w:szCs w:val="20"/>
        </w:rPr>
        <w:t>The applicable membership period and activation arrangements are set out in the relevant membership T&amp;Cs. Members should refer to their membership confirmation for the date on which their membership becomes active.</w:t>
      </w:r>
    </w:p>
    <w:p w14:paraId="1AFB005F" w14:textId="77777777" w:rsidR="00755753" w:rsidRPr="00FA00CF" w:rsidRDefault="00306199" w:rsidP="00FA00CF">
      <w:pPr>
        <w:pStyle w:val="Heading2"/>
        <w:rPr>
          <w:sz w:val="24"/>
          <w:szCs w:val="24"/>
        </w:rPr>
      </w:pPr>
      <w:r w:rsidRPr="00FA00CF">
        <w:rPr>
          <w:sz w:val="24"/>
          <w:szCs w:val="24"/>
        </w:rPr>
        <w:t>3. Membership ID Card &amp; Access</w:t>
      </w:r>
    </w:p>
    <w:p w14:paraId="2A49FDED" w14:textId="77777777" w:rsidR="00755753" w:rsidRPr="00FA00CF" w:rsidRDefault="00306199">
      <w:pPr>
        <w:pStyle w:val="ListBullet"/>
        <w:spacing w:after="60"/>
        <w:rPr>
          <w:sz w:val="20"/>
          <w:szCs w:val="20"/>
        </w:rPr>
      </w:pPr>
      <w:r w:rsidRPr="00FA00CF">
        <w:rPr>
          <w:sz w:val="20"/>
          <w:szCs w:val="20"/>
        </w:rPr>
        <w:t>All University entrances have swipe access controls for the security and safety of staff, students and visitors.</w:t>
      </w:r>
    </w:p>
    <w:p w14:paraId="739F3686" w14:textId="77777777" w:rsidR="00755753" w:rsidRPr="00FA00CF" w:rsidRDefault="00306199">
      <w:pPr>
        <w:pStyle w:val="ListBullet"/>
        <w:spacing w:after="60"/>
        <w:rPr>
          <w:sz w:val="20"/>
          <w:szCs w:val="20"/>
        </w:rPr>
      </w:pPr>
      <w:r w:rsidRPr="00FA00CF">
        <w:rPr>
          <w:sz w:val="20"/>
          <w:szCs w:val="20"/>
        </w:rPr>
        <w:t>Members must have their University / Hope Park Sports ID card with them on every visit.</w:t>
      </w:r>
    </w:p>
    <w:p w14:paraId="3DFBB32F" w14:textId="77777777" w:rsidR="00755753" w:rsidRPr="00FA00CF" w:rsidRDefault="00306199">
      <w:pPr>
        <w:pStyle w:val="ListBullet"/>
        <w:spacing w:after="60"/>
        <w:rPr>
          <w:sz w:val="20"/>
          <w:szCs w:val="20"/>
        </w:rPr>
      </w:pPr>
      <w:r w:rsidRPr="00FA00CF">
        <w:rPr>
          <w:sz w:val="20"/>
          <w:szCs w:val="20"/>
        </w:rPr>
        <w:t>Your ID card provides access through the front entrance and, where applicable, the Fitness Suite doors.</w:t>
      </w:r>
    </w:p>
    <w:p w14:paraId="7C15D954" w14:textId="77777777" w:rsidR="00755753" w:rsidRPr="00FA00CF" w:rsidRDefault="00306199">
      <w:pPr>
        <w:pStyle w:val="ListBullet"/>
        <w:spacing w:after="60"/>
        <w:rPr>
          <w:sz w:val="20"/>
          <w:szCs w:val="20"/>
        </w:rPr>
      </w:pPr>
      <w:r w:rsidRPr="00FA00CF">
        <w:rPr>
          <w:sz w:val="20"/>
          <w:szCs w:val="20"/>
        </w:rPr>
        <w:t>If you do not have your ID card with you, you will not be permitted to use the facilities.</w:t>
      </w:r>
    </w:p>
    <w:p w14:paraId="6D3F61C0" w14:textId="77777777" w:rsidR="00755753" w:rsidRPr="00FA00CF" w:rsidRDefault="00306199">
      <w:pPr>
        <w:pStyle w:val="ListBullet"/>
        <w:spacing w:after="60"/>
        <w:rPr>
          <w:sz w:val="20"/>
          <w:szCs w:val="20"/>
        </w:rPr>
      </w:pPr>
      <w:r w:rsidRPr="00FA00CF">
        <w:rPr>
          <w:sz w:val="20"/>
          <w:szCs w:val="20"/>
        </w:rPr>
        <w:t>Members must not allow another person to use their ID card or use another person's membership to gain access.</w:t>
      </w:r>
    </w:p>
    <w:p w14:paraId="3395F4DE" w14:textId="77777777" w:rsidR="00755753" w:rsidRPr="00FA00CF" w:rsidRDefault="00306199" w:rsidP="00FA00CF">
      <w:pPr>
        <w:pStyle w:val="Heading2"/>
        <w:rPr>
          <w:sz w:val="24"/>
          <w:szCs w:val="24"/>
        </w:rPr>
      </w:pPr>
      <w:r w:rsidRPr="00FA00CF">
        <w:rPr>
          <w:sz w:val="24"/>
          <w:szCs w:val="24"/>
        </w:rPr>
        <w:t>4. Staff Family Membership – First Visit &amp; Induction</w:t>
      </w:r>
    </w:p>
    <w:p w14:paraId="1ADFB4B4" w14:textId="77777777" w:rsidR="00755753" w:rsidRPr="00FA00CF" w:rsidRDefault="00306199">
      <w:pPr>
        <w:pStyle w:val="ListBullet"/>
        <w:spacing w:after="60"/>
        <w:rPr>
          <w:sz w:val="20"/>
          <w:szCs w:val="20"/>
        </w:rPr>
      </w:pPr>
      <w:r w:rsidRPr="00FA00CF">
        <w:rPr>
          <w:sz w:val="20"/>
          <w:szCs w:val="20"/>
        </w:rPr>
        <w:t xml:space="preserve">The video watched as part of the Staff Family registration process completes the induction process. Members are strongly advised to watch the video </w:t>
      </w:r>
      <w:proofErr w:type="gramStart"/>
      <w:r w:rsidRPr="00FA00CF">
        <w:rPr>
          <w:sz w:val="20"/>
          <w:szCs w:val="20"/>
        </w:rPr>
        <w:t>carefully</w:t>
      </w:r>
      <w:proofErr w:type="gramEnd"/>
      <w:r w:rsidRPr="00FA00CF">
        <w:rPr>
          <w:sz w:val="20"/>
          <w:szCs w:val="20"/>
        </w:rPr>
        <w:t xml:space="preserve"> so they understand how to use the facilities and equipment.</w:t>
      </w:r>
    </w:p>
    <w:p w14:paraId="13241EE2" w14:textId="77777777" w:rsidR="00755753" w:rsidRDefault="00306199">
      <w:pPr>
        <w:pStyle w:val="ListBullet"/>
        <w:spacing w:after="60"/>
        <w:rPr>
          <w:sz w:val="20"/>
          <w:szCs w:val="20"/>
        </w:rPr>
      </w:pPr>
      <w:r w:rsidRPr="00FA00CF">
        <w:rPr>
          <w:sz w:val="20"/>
          <w:szCs w:val="20"/>
        </w:rPr>
        <w:t>On the first visit to collect a Staff Family Membership ID card, the member should telephone Hope Park Sports Reception to explain the reason for the visit. A member of the team will grant access and issue the ID card.</w:t>
      </w:r>
    </w:p>
    <w:p w14:paraId="421D07D6" w14:textId="77777777" w:rsidR="00FA00CF" w:rsidRPr="00FA00CF" w:rsidRDefault="00FA00CF" w:rsidP="00FA00CF">
      <w:pPr>
        <w:pStyle w:val="ListBullet"/>
        <w:numPr>
          <w:ilvl w:val="0"/>
          <w:numId w:val="0"/>
        </w:numPr>
        <w:spacing w:after="60"/>
        <w:ind w:left="360"/>
        <w:rPr>
          <w:sz w:val="20"/>
          <w:szCs w:val="20"/>
        </w:rPr>
      </w:pPr>
    </w:p>
    <w:p w14:paraId="6BC16E22" w14:textId="77777777" w:rsidR="00755753" w:rsidRPr="00FA00CF" w:rsidRDefault="00306199" w:rsidP="00FA00CF">
      <w:pPr>
        <w:pStyle w:val="Heading2"/>
        <w:rPr>
          <w:sz w:val="24"/>
          <w:szCs w:val="24"/>
        </w:rPr>
      </w:pPr>
      <w:r w:rsidRPr="00FA00CF">
        <w:rPr>
          <w:sz w:val="24"/>
          <w:szCs w:val="24"/>
        </w:rPr>
        <w:lastRenderedPageBreak/>
        <w:t>5. Opening &amp; Closing Times</w:t>
      </w:r>
    </w:p>
    <w:p w14:paraId="76AB0ABB" w14:textId="77777777" w:rsidR="00755753" w:rsidRPr="00FA00CF" w:rsidRDefault="00306199">
      <w:pPr>
        <w:rPr>
          <w:sz w:val="20"/>
          <w:szCs w:val="20"/>
        </w:rPr>
      </w:pPr>
      <w:r w:rsidRPr="00FA00CF">
        <w:rPr>
          <w:sz w:val="20"/>
          <w:szCs w:val="20"/>
        </w:rPr>
        <w:t>Standard opening and closing times are:</w:t>
      </w:r>
    </w:p>
    <w:tbl>
      <w:tblPr>
        <w:tblStyle w:val="TableGrid"/>
        <w:tblW w:w="0" w:type="auto"/>
        <w:jc w:val="center"/>
        <w:tblLook w:val="04A0" w:firstRow="1" w:lastRow="0" w:firstColumn="1" w:lastColumn="0" w:noHBand="0" w:noVBand="1"/>
      </w:tblPr>
      <w:tblGrid>
        <w:gridCol w:w="3308"/>
        <w:gridCol w:w="3309"/>
        <w:gridCol w:w="3309"/>
      </w:tblGrid>
      <w:tr w:rsidR="00755753" w14:paraId="59D1D4D9" w14:textId="77777777">
        <w:trPr>
          <w:jc w:val="center"/>
        </w:trPr>
        <w:tc>
          <w:tcPr>
            <w:tcW w:w="3312" w:type="dxa"/>
            <w:shd w:val="clear" w:color="auto" w:fill="D9E2F3"/>
            <w:vAlign w:val="center"/>
          </w:tcPr>
          <w:p w14:paraId="1AC795DB" w14:textId="77777777" w:rsidR="00755753" w:rsidRDefault="00306199">
            <w:r>
              <w:rPr>
                <w:b/>
                <w:sz w:val="19"/>
              </w:rPr>
              <w:t>Day</w:t>
            </w:r>
          </w:p>
        </w:tc>
        <w:tc>
          <w:tcPr>
            <w:tcW w:w="3312" w:type="dxa"/>
            <w:shd w:val="clear" w:color="auto" w:fill="D9E2F3"/>
            <w:vAlign w:val="center"/>
          </w:tcPr>
          <w:p w14:paraId="75CCB804" w14:textId="77777777" w:rsidR="00755753" w:rsidRDefault="00306199">
            <w:r>
              <w:rPr>
                <w:b/>
                <w:sz w:val="19"/>
              </w:rPr>
              <w:t>Building</w:t>
            </w:r>
          </w:p>
        </w:tc>
        <w:tc>
          <w:tcPr>
            <w:tcW w:w="3312" w:type="dxa"/>
            <w:shd w:val="clear" w:color="auto" w:fill="D9E2F3"/>
            <w:vAlign w:val="center"/>
          </w:tcPr>
          <w:p w14:paraId="49BC59E7" w14:textId="77777777" w:rsidR="00755753" w:rsidRDefault="00306199">
            <w:r>
              <w:rPr>
                <w:b/>
                <w:sz w:val="19"/>
              </w:rPr>
              <w:t>Fitness Suite</w:t>
            </w:r>
          </w:p>
        </w:tc>
      </w:tr>
      <w:tr w:rsidR="00755753" w14:paraId="531962EE" w14:textId="77777777">
        <w:trPr>
          <w:jc w:val="center"/>
        </w:trPr>
        <w:tc>
          <w:tcPr>
            <w:tcW w:w="3312" w:type="dxa"/>
            <w:vAlign w:val="center"/>
          </w:tcPr>
          <w:p w14:paraId="61DF722E" w14:textId="77777777" w:rsidR="00755753" w:rsidRDefault="00306199">
            <w:r>
              <w:rPr>
                <w:sz w:val="19"/>
              </w:rPr>
              <w:t>Monday – Friday</w:t>
            </w:r>
          </w:p>
        </w:tc>
        <w:tc>
          <w:tcPr>
            <w:tcW w:w="3312" w:type="dxa"/>
            <w:vAlign w:val="center"/>
          </w:tcPr>
          <w:p w14:paraId="542C3763" w14:textId="77777777" w:rsidR="00755753" w:rsidRDefault="00306199">
            <w:r>
              <w:rPr>
                <w:sz w:val="19"/>
              </w:rPr>
              <w:t>7.00am – 9.00pm</w:t>
            </w:r>
          </w:p>
        </w:tc>
        <w:tc>
          <w:tcPr>
            <w:tcW w:w="3312" w:type="dxa"/>
            <w:vAlign w:val="center"/>
          </w:tcPr>
          <w:p w14:paraId="3F55A14A" w14:textId="77777777" w:rsidR="00755753" w:rsidRDefault="00306199">
            <w:r>
              <w:rPr>
                <w:sz w:val="19"/>
              </w:rPr>
              <w:t>7.00am – 8.30pm (last entry 8.00pm)</w:t>
            </w:r>
          </w:p>
        </w:tc>
      </w:tr>
      <w:tr w:rsidR="00755753" w14:paraId="64632C98" w14:textId="77777777">
        <w:trPr>
          <w:jc w:val="center"/>
        </w:trPr>
        <w:tc>
          <w:tcPr>
            <w:tcW w:w="3312" w:type="dxa"/>
            <w:vAlign w:val="center"/>
          </w:tcPr>
          <w:p w14:paraId="0FF53681" w14:textId="77777777" w:rsidR="00755753" w:rsidRDefault="00306199">
            <w:r>
              <w:rPr>
                <w:sz w:val="19"/>
              </w:rPr>
              <w:t>Saturday &amp; Sunday</w:t>
            </w:r>
          </w:p>
        </w:tc>
        <w:tc>
          <w:tcPr>
            <w:tcW w:w="3312" w:type="dxa"/>
            <w:vAlign w:val="center"/>
          </w:tcPr>
          <w:p w14:paraId="4D38B7DF" w14:textId="77777777" w:rsidR="00755753" w:rsidRDefault="00306199">
            <w:r>
              <w:rPr>
                <w:sz w:val="19"/>
              </w:rPr>
              <w:t>9.00am – 4.00pm</w:t>
            </w:r>
          </w:p>
        </w:tc>
        <w:tc>
          <w:tcPr>
            <w:tcW w:w="3312" w:type="dxa"/>
            <w:vAlign w:val="center"/>
          </w:tcPr>
          <w:p w14:paraId="13F2CB05" w14:textId="77777777" w:rsidR="00755753" w:rsidRDefault="00306199">
            <w:r>
              <w:rPr>
                <w:sz w:val="19"/>
              </w:rPr>
              <w:t>9.00am – 3.30pm (last entry 3.00pm)</w:t>
            </w:r>
          </w:p>
        </w:tc>
      </w:tr>
    </w:tbl>
    <w:p w14:paraId="65C76040" w14:textId="77777777" w:rsidR="00F70644" w:rsidRDefault="00F70644" w:rsidP="00F70644">
      <w:pPr>
        <w:pStyle w:val="ListBullet"/>
        <w:numPr>
          <w:ilvl w:val="0"/>
          <w:numId w:val="0"/>
        </w:numPr>
        <w:spacing w:after="60"/>
        <w:ind w:left="360"/>
        <w:rPr>
          <w:sz w:val="20"/>
          <w:szCs w:val="20"/>
        </w:rPr>
      </w:pPr>
    </w:p>
    <w:p w14:paraId="23E5F912" w14:textId="0E9ADAC5" w:rsidR="00755753" w:rsidRPr="00FA00CF" w:rsidRDefault="00306199">
      <w:pPr>
        <w:pStyle w:val="ListBullet"/>
        <w:spacing w:after="60"/>
        <w:rPr>
          <w:sz w:val="20"/>
          <w:szCs w:val="20"/>
        </w:rPr>
      </w:pPr>
      <w:r w:rsidRPr="00FA00CF">
        <w:rPr>
          <w:sz w:val="20"/>
          <w:szCs w:val="20"/>
        </w:rPr>
        <w:t>No access to facilities, including changing areas, will be granted before or after the published opening/closing times.</w:t>
      </w:r>
    </w:p>
    <w:p w14:paraId="4890FFA8" w14:textId="06082742" w:rsidR="00755753" w:rsidRPr="00FA00CF" w:rsidRDefault="00306199">
      <w:pPr>
        <w:pStyle w:val="ListBullet"/>
        <w:spacing w:after="60"/>
        <w:rPr>
          <w:sz w:val="20"/>
          <w:szCs w:val="20"/>
        </w:rPr>
      </w:pPr>
      <w:r w:rsidRPr="00FA00CF">
        <w:rPr>
          <w:sz w:val="20"/>
          <w:szCs w:val="20"/>
        </w:rPr>
        <w:t xml:space="preserve">Members must ensure they have vacated the facilities before </w:t>
      </w:r>
      <w:r w:rsidR="00F70644" w:rsidRPr="00FA00CF">
        <w:rPr>
          <w:sz w:val="20"/>
          <w:szCs w:val="20"/>
        </w:rPr>
        <w:t>closing</w:t>
      </w:r>
      <w:r w:rsidRPr="00FA00CF">
        <w:rPr>
          <w:sz w:val="20"/>
          <w:szCs w:val="20"/>
        </w:rPr>
        <w:t xml:space="preserve"> time.</w:t>
      </w:r>
    </w:p>
    <w:p w14:paraId="7DAC9AE2" w14:textId="77777777" w:rsidR="00755753" w:rsidRPr="00FA00CF" w:rsidRDefault="00306199">
      <w:pPr>
        <w:pStyle w:val="ListBullet"/>
        <w:spacing w:after="60"/>
        <w:rPr>
          <w:sz w:val="20"/>
          <w:szCs w:val="20"/>
        </w:rPr>
      </w:pPr>
      <w:r w:rsidRPr="00FA00CF">
        <w:rPr>
          <w:sz w:val="20"/>
          <w:szCs w:val="20"/>
        </w:rPr>
        <w:t xml:space="preserve">Hope Park Sports may operate reduced opening/closing times during </w:t>
      </w:r>
      <w:proofErr w:type="gramStart"/>
      <w:r w:rsidRPr="00FA00CF">
        <w:rPr>
          <w:sz w:val="20"/>
          <w:szCs w:val="20"/>
        </w:rPr>
        <w:t>University</w:t>
      </w:r>
      <w:proofErr w:type="gramEnd"/>
      <w:r w:rsidRPr="00FA00CF">
        <w:rPr>
          <w:sz w:val="20"/>
          <w:szCs w:val="20"/>
        </w:rPr>
        <w:t xml:space="preserve"> holiday periods and may close throughout the year, including for Graduation, Bank Holidays, Easter and Christmas.</w:t>
      </w:r>
    </w:p>
    <w:p w14:paraId="61BEBB8C" w14:textId="77777777" w:rsidR="00755753" w:rsidRPr="00FA00CF" w:rsidRDefault="00306199">
      <w:pPr>
        <w:pStyle w:val="ListBullet"/>
        <w:spacing w:after="60"/>
        <w:rPr>
          <w:sz w:val="20"/>
          <w:szCs w:val="20"/>
        </w:rPr>
      </w:pPr>
      <w:r w:rsidRPr="00FA00CF">
        <w:rPr>
          <w:sz w:val="20"/>
          <w:szCs w:val="20"/>
        </w:rPr>
        <w:t>Customer notices will be displayed around the centre with advance notice where possible. Members are responsible for familiarising themselves with current notices.</w:t>
      </w:r>
    </w:p>
    <w:p w14:paraId="6D2DD5FA" w14:textId="77777777" w:rsidR="00755753" w:rsidRPr="00FA00CF" w:rsidRDefault="00306199" w:rsidP="00FA00CF">
      <w:pPr>
        <w:pStyle w:val="Heading2"/>
        <w:rPr>
          <w:sz w:val="24"/>
          <w:szCs w:val="24"/>
        </w:rPr>
      </w:pPr>
      <w:r w:rsidRPr="00FA00CF">
        <w:rPr>
          <w:sz w:val="24"/>
          <w:szCs w:val="24"/>
        </w:rPr>
        <w:t>6. Changing Facilities, Toilets &amp; Lockers</w:t>
      </w:r>
    </w:p>
    <w:p w14:paraId="1276DC26" w14:textId="77777777" w:rsidR="00755753" w:rsidRPr="00FA00CF" w:rsidRDefault="00306199">
      <w:pPr>
        <w:rPr>
          <w:sz w:val="20"/>
          <w:szCs w:val="20"/>
        </w:rPr>
      </w:pPr>
      <w:r w:rsidRPr="00FA00CF">
        <w:rPr>
          <w:sz w:val="20"/>
          <w:szCs w:val="20"/>
        </w:rPr>
        <w:t>Changing facilities are provided according to the activity being undertaken. Facilities may include showers, toilets, changing cubicles and lockers. Lockers require a £1 coin or trolley token.</w:t>
      </w:r>
    </w:p>
    <w:p w14:paraId="74E848E3" w14:textId="77777777" w:rsidR="00755753" w:rsidRPr="00FA00CF" w:rsidRDefault="00306199">
      <w:pPr>
        <w:pStyle w:val="ListBullet"/>
        <w:spacing w:after="60"/>
        <w:rPr>
          <w:sz w:val="20"/>
          <w:szCs w:val="20"/>
        </w:rPr>
      </w:pPr>
      <w:r w:rsidRPr="00FA00CF">
        <w:rPr>
          <w:sz w:val="20"/>
          <w:szCs w:val="20"/>
        </w:rPr>
        <w:t>Staff and Student members using the Fitness Suite or fitness classes should use the Village Change facilities, which include showers, changing cubicles and lockers.</w:t>
      </w:r>
    </w:p>
    <w:p w14:paraId="0E411751" w14:textId="77777777" w:rsidR="00755753" w:rsidRPr="00FA00CF" w:rsidRDefault="00306199">
      <w:pPr>
        <w:pStyle w:val="ListBullet"/>
        <w:spacing w:after="60"/>
        <w:rPr>
          <w:sz w:val="20"/>
          <w:szCs w:val="20"/>
        </w:rPr>
      </w:pPr>
      <w:r w:rsidRPr="00FA00CF">
        <w:rPr>
          <w:sz w:val="20"/>
          <w:szCs w:val="20"/>
        </w:rPr>
        <w:t>Members using 3G or Astro pitches should use the External Change Room, which has showers and a communal changing area.</w:t>
      </w:r>
    </w:p>
    <w:p w14:paraId="722832CC" w14:textId="77777777" w:rsidR="00755753" w:rsidRPr="00FA00CF" w:rsidRDefault="00306199">
      <w:pPr>
        <w:pStyle w:val="ListBullet"/>
        <w:spacing w:after="60"/>
        <w:rPr>
          <w:sz w:val="20"/>
          <w:szCs w:val="20"/>
        </w:rPr>
      </w:pPr>
      <w:r w:rsidRPr="00FA00CF">
        <w:rPr>
          <w:sz w:val="20"/>
          <w:szCs w:val="20"/>
        </w:rPr>
        <w:t>Staff Family members should use the Village Change facilities when using the Fitness Suite or Squash Courts.</w:t>
      </w:r>
    </w:p>
    <w:p w14:paraId="0B31BB0B" w14:textId="77777777" w:rsidR="00755753" w:rsidRPr="00FA00CF" w:rsidRDefault="00306199">
      <w:pPr>
        <w:pStyle w:val="ListBullet"/>
        <w:spacing w:after="60"/>
        <w:rPr>
          <w:sz w:val="20"/>
          <w:szCs w:val="20"/>
        </w:rPr>
      </w:pPr>
      <w:r w:rsidRPr="00FA00CF">
        <w:rPr>
          <w:sz w:val="20"/>
          <w:szCs w:val="20"/>
        </w:rPr>
        <w:t xml:space="preserve">No personal belongings are permitted in the Fitness Suite or playing areas. Items may be asked to be moved or, if left unattended, may be removed by staff and placed </w:t>
      </w:r>
      <w:proofErr w:type="gramStart"/>
      <w:r w:rsidRPr="00FA00CF">
        <w:rPr>
          <w:sz w:val="20"/>
          <w:szCs w:val="20"/>
        </w:rPr>
        <w:t>in</w:t>
      </w:r>
      <w:proofErr w:type="gramEnd"/>
      <w:r w:rsidRPr="00FA00CF">
        <w:rPr>
          <w:sz w:val="20"/>
          <w:szCs w:val="20"/>
        </w:rPr>
        <w:t xml:space="preserve"> lost property.</w:t>
      </w:r>
    </w:p>
    <w:p w14:paraId="34CAA99F" w14:textId="29391E64" w:rsidR="00FA00CF" w:rsidRPr="00FA00CF" w:rsidRDefault="00306199" w:rsidP="00FA00CF">
      <w:pPr>
        <w:pStyle w:val="ListBullet"/>
        <w:spacing w:after="60"/>
        <w:rPr>
          <w:sz w:val="20"/>
          <w:szCs w:val="20"/>
        </w:rPr>
      </w:pPr>
      <w:r w:rsidRPr="00FA00CF">
        <w:rPr>
          <w:sz w:val="20"/>
          <w:szCs w:val="20"/>
        </w:rPr>
        <w:t>Where the External Change Room is used, members may request that the changing room is locked by staff. If this is not requested, personal belongings are left at the member's own risk.</w:t>
      </w:r>
    </w:p>
    <w:p w14:paraId="14F12F4A" w14:textId="6EC27335" w:rsidR="00755753" w:rsidRPr="00FA00CF" w:rsidRDefault="00306199" w:rsidP="00FA00CF">
      <w:pPr>
        <w:pStyle w:val="Heading2"/>
        <w:rPr>
          <w:sz w:val="24"/>
          <w:szCs w:val="24"/>
        </w:rPr>
      </w:pPr>
      <w:r w:rsidRPr="00FA00CF">
        <w:rPr>
          <w:sz w:val="24"/>
          <w:szCs w:val="24"/>
        </w:rPr>
        <w:t>7. Attire &amp; Footwear</w:t>
      </w:r>
    </w:p>
    <w:p w14:paraId="03AFE980" w14:textId="77777777" w:rsidR="00755753" w:rsidRPr="00FA00CF" w:rsidRDefault="00306199">
      <w:pPr>
        <w:rPr>
          <w:sz w:val="20"/>
          <w:szCs w:val="20"/>
        </w:rPr>
      </w:pPr>
      <w:r w:rsidRPr="00FA00CF">
        <w:rPr>
          <w:sz w:val="20"/>
          <w:szCs w:val="20"/>
        </w:rPr>
        <w:t>Members must wear appropriate clothing and footwear when taking part in sporting or fitness activities. Street/dress shoes, sandals, flip flops and restrictive/heavy clothing, including jeans or combat trousers, are not permitted for sporting or fitness activity.</w:t>
      </w:r>
    </w:p>
    <w:p w14:paraId="0E9D8F25" w14:textId="77777777" w:rsidR="00755753" w:rsidRPr="00FA00CF" w:rsidRDefault="00306199">
      <w:pPr>
        <w:pStyle w:val="ListBullet"/>
        <w:spacing w:after="60"/>
        <w:rPr>
          <w:sz w:val="20"/>
          <w:szCs w:val="20"/>
        </w:rPr>
      </w:pPr>
      <w:r w:rsidRPr="00FA00CF">
        <w:rPr>
          <w:sz w:val="20"/>
          <w:szCs w:val="20"/>
        </w:rPr>
        <w:t xml:space="preserve">Non-marking </w:t>
      </w:r>
      <w:proofErr w:type="gramStart"/>
      <w:r w:rsidRPr="00FA00CF">
        <w:rPr>
          <w:sz w:val="20"/>
          <w:szCs w:val="20"/>
        </w:rPr>
        <w:t>soled</w:t>
      </w:r>
      <w:proofErr w:type="gramEnd"/>
      <w:r w:rsidRPr="00FA00CF">
        <w:rPr>
          <w:sz w:val="20"/>
          <w:szCs w:val="20"/>
        </w:rPr>
        <w:t xml:space="preserve"> footwear must be worn on the Squash Courts.</w:t>
      </w:r>
    </w:p>
    <w:p w14:paraId="4D894865" w14:textId="77777777" w:rsidR="00755753" w:rsidRPr="00FA00CF" w:rsidRDefault="00306199">
      <w:pPr>
        <w:pStyle w:val="ListBullet"/>
        <w:spacing w:after="60"/>
        <w:rPr>
          <w:sz w:val="20"/>
          <w:szCs w:val="20"/>
        </w:rPr>
      </w:pPr>
      <w:r w:rsidRPr="00FA00CF">
        <w:rPr>
          <w:sz w:val="20"/>
          <w:szCs w:val="20"/>
        </w:rPr>
        <w:t>The University reserves the right to stop a session and/or ask anyone to leave where clothing or footwear requirements are not followed. Inappropriate clothing or footwear may cause damage to equipment or surfaces and may increase the risk of injury.</w:t>
      </w:r>
    </w:p>
    <w:tbl>
      <w:tblPr>
        <w:tblStyle w:val="TableGrid"/>
        <w:tblW w:w="0" w:type="auto"/>
        <w:tblLook w:val="04A0" w:firstRow="1" w:lastRow="0" w:firstColumn="1" w:lastColumn="0" w:noHBand="0" w:noVBand="1"/>
      </w:tblPr>
      <w:tblGrid>
        <w:gridCol w:w="3308"/>
        <w:gridCol w:w="3309"/>
        <w:gridCol w:w="3309"/>
      </w:tblGrid>
      <w:tr w:rsidR="00755753" w14:paraId="1FC7FF41" w14:textId="77777777">
        <w:tc>
          <w:tcPr>
            <w:tcW w:w="3312" w:type="dxa"/>
            <w:shd w:val="clear" w:color="auto" w:fill="D9E2F3"/>
            <w:vAlign w:val="center"/>
          </w:tcPr>
          <w:p w14:paraId="26AB2F3F" w14:textId="77777777" w:rsidR="00755753" w:rsidRDefault="00306199">
            <w:r>
              <w:rPr>
                <w:b/>
                <w:sz w:val="19"/>
              </w:rPr>
              <w:t>Playing Area</w:t>
            </w:r>
          </w:p>
        </w:tc>
        <w:tc>
          <w:tcPr>
            <w:tcW w:w="3312" w:type="dxa"/>
            <w:shd w:val="clear" w:color="auto" w:fill="D9E2F3"/>
            <w:vAlign w:val="center"/>
          </w:tcPr>
          <w:p w14:paraId="10405496" w14:textId="77777777" w:rsidR="00755753" w:rsidRDefault="00306199">
            <w:r>
              <w:rPr>
                <w:b/>
                <w:sz w:val="19"/>
              </w:rPr>
              <w:t>Acceptable Footwear</w:t>
            </w:r>
          </w:p>
        </w:tc>
        <w:tc>
          <w:tcPr>
            <w:tcW w:w="3312" w:type="dxa"/>
            <w:shd w:val="clear" w:color="auto" w:fill="D9E2F3"/>
            <w:vAlign w:val="center"/>
          </w:tcPr>
          <w:p w14:paraId="0EF9CA06" w14:textId="77777777" w:rsidR="00755753" w:rsidRDefault="00306199">
            <w:r>
              <w:rPr>
                <w:b/>
                <w:sz w:val="19"/>
              </w:rPr>
              <w:t>Not Acceptable Footwear</w:t>
            </w:r>
          </w:p>
        </w:tc>
      </w:tr>
      <w:tr w:rsidR="00755753" w14:paraId="5001BC91" w14:textId="77777777">
        <w:tc>
          <w:tcPr>
            <w:tcW w:w="3312" w:type="dxa"/>
            <w:vAlign w:val="center"/>
          </w:tcPr>
          <w:p w14:paraId="5698277F" w14:textId="77777777" w:rsidR="00755753" w:rsidRDefault="00306199">
            <w:r>
              <w:rPr>
                <w:sz w:val="19"/>
              </w:rPr>
              <w:t>Fitness Suite</w:t>
            </w:r>
          </w:p>
        </w:tc>
        <w:tc>
          <w:tcPr>
            <w:tcW w:w="3312" w:type="dxa"/>
            <w:vAlign w:val="center"/>
          </w:tcPr>
          <w:p w14:paraId="26300689" w14:textId="77777777" w:rsidR="00755753" w:rsidRDefault="00306199">
            <w:r>
              <w:rPr>
                <w:sz w:val="19"/>
              </w:rPr>
              <w:t>Trainers</w:t>
            </w:r>
          </w:p>
        </w:tc>
        <w:tc>
          <w:tcPr>
            <w:tcW w:w="3312" w:type="dxa"/>
            <w:vAlign w:val="center"/>
          </w:tcPr>
          <w:p w14:paraId="1B776F9E" w14:textId="77777777" w:rsidR="00755753" w:rsidRDefault="00306199">
            <w:r>
              <w:rPr>
                <w:sz w:val="19"/>
              </w:rPr>
              <w:t>Flip flops, open-toed shoes, heels</w:t>
            </w:r>
          </w:p>
        </w:tc>
      </w:tr>
      <w:tr w:rsidR="00755753" w14:paraId="0DFBBF53" w14:textId="77777777">
        <w:tc>
          <w:tcPr>
            <w:tcW w:w="3312" w:type="dxa"/>
            <w:vAlign w:val="center"/>
          </w:tcPr>
          <w:p w14:paraId="6DABDB0B" w14:textId="77777777" w:rsidR="00755753" w:rsidRDefault="00306199">
            <w:r>
              <w:rPr>
                <w:sz w:val="19"/>
              </w:rPr>
              <w:t>Astro Pitch</w:t>
            </w:r>
          </w:p>
        </w:tc>
        <w:tc>
          <w:tcPr>
            <w:tcW w:w="3312" w:type="dxa"/>
            <w:vAlign w:val="center"/>
          </w:tcPr>
          <w:p w14:paraId="74FF2310" w14:textId="77777777" w:rsidR="00755753" w:rsidRDefault="00306199">
            <w:r>
              <w:rPr>
                <w:sz w:val="19"/>
              </w:rPr>
              <w:t>Trainers, astro boots</w:t>
            </w:r>
          </w:p>
        </w:tc>
        <w:tc>
          <w:tcPr>
            <w:tcW w:w="3312" w:type="dxa"/>
            <w:vAlign w:val="center"/>
          </w:tcPr>
          <w:p w14:paraId="7AF11691" w14:textId="77777777" w:rsidR="00755753" w:rsidRDefault="00306199">
            <w:r>
              <w:rPr>
                <w:sz w:val="19"/>
              </w:rPr>
              <w:t>Studded football boots</w:t>
            </w:r>
          </w:p>
        </w:tc>
      </w:tr>
      <w:tr w:rsidR="00755753" w14:paraId="342D6F54" w14:textId="77777777">
        <w:tc>
          <w:tcPr>
            <w:tcW w:w="3312" w:type="dxa"/>
            <w:vAlign w:val="center"/>
          </w:tcPr>
          <w:p w14:paraId="0DE7965E" w14:textId="77777777" w:rsidR="00755753" w:rsidRDefault="00306199">
            <w:r>
              <w:rPr>
                <w:sz w:val="19"/>
              </w:rPr>
              <w:t>3G Pitch</w:t>
            </w:r>
          </w:p>
        </w:tc>
        <w:tc>
          <w:tcPr>
            <w:tcW w:w="3312" w:type="dxa"/>
            <w:vAlign w:val="center"/>
          </w:tcPr>
          <w:p w14:paraId="08804501" w14:textId="77777777" w:rsidR="00755753" w:rsidRDefault="00306199">
            <w:r>
              <w:rPr>
                <w:sz w:val="19"/>
              </w:rPr>
              <w:t>Studded football boots</w:t>
            </w:r>
          </w:p>
        </w:tc>
        <w:tc>
          <w:tcPr>
            <w:tcW w:w="3312" w:type="dxa"/>
            <w:vAlign w:val="center"/>
          </w:tcPr>
          <w:p w14:paraId="3BE3FB53" w14:textId="77777777" w:rsidR="00755753" w:rsidRDefault="00306199">
            <w:r>
              <w:rPr>
                <w:sz w:val="19"/>
              </w:rPr>
              <w:t>Trainers / flat-soled shoes</w:t>
            </w:r>
          </w:p>
        </w:tc>
      </w:tr>
      <w:tr w:rsidR="00755753" w14:paraId="1CD5C178" w14:textId="77777777">
        <w:tc>
          <w:tcPr>
            <w:tcW w:w="3312" w:type="dxa"/>
            <w:vAlign w:val="center"/>
          </w:tcPr>
          <w:p w14:paraId="4E14AAA1" w14:textId="77777777" w:rsidR="00755753" w:rsidRDefault="00306199">
            <w:r>
              <w:rPr>
                <w:sz w:val="19"/>
              </w:rPr>
              <w:t>Squash Courts</w:t>
            </w:r>
          </w:p>
        </w:tc>
        <w:tc>
          <w:tcPr>
            <w:tcW w:w="3312" w:type="dxa"/>
            <w:vAlign w:val="center"/>
          </w:tcPr>
          <w:p w14:paraId="09E2B669" w14:textId="77777777" w:rsidR="00755753" w:rsidRDefault="00306199">
            <w:r>
              <w:rPr>
                <w:sz w:val="19"/>
              </w:rPr>
              <w:t>Non-marking soled trainers</w:t>
            </w:r>
          </w:p>
        </w:tc>
        <w:tc>
          <w:tcPr>
            <w:tcW w:w="3312" w:type="dxa"/>
            <w:vAlign w:val="center"/>
          </w:tcPr>
          <w:p w14:paraId="597C9E67" w14:textId="77777777" w:rsidR="00755753" w:rsidRDefault="00306199">
            <w:r>
              <w:rPr>
                <w:sz w:val="19"/>
              </w:rPr>
              <w:t>Marking-soled trainers</w:t>
            </w:r>
          </w:p>
        </w:tc>
      </w:tr>
      <w:tr w:rsidR="00755753" w14:paraId="28386053" w14:textId="77777777">
        <w:tc>
          <w:tcPr>
            <w:tcW w:w="3312" w:type="dxa"/>
            <w:vAlign w:val="center"/>
          </w:tcPr>
          <w:p w14:paraId="4F6BC939" w14:textId="77777777" w:rsidR="00755753" w:rsidRDefault="00306199">
            <w:r>
              <w:rPr>
                <w:sz w:val="19"/>
              </w:rPr>
              <w:t>Sports Hall</w:t>
            </w:r>
          </w:p>
        </w:tc>
        <w:tc>
          <w:tcPr>
            <w:tcW w:w="3312" w:type="dxa"/>
            <w:vAlign w:val="center"/>
          </w:tcPr>
          <w:p w14:paraId="7513651F" w14:textId="77777777" w:rsidR="00755753" w:rsidRDefault="00306199">
            <w:r>
              <w:rPr>
                <w:sz w:val="19"/>
              </w:rPr>
              <w:t>Trainers</w:t>
            </w:r>
          </w:p>
        </w:tc>
        <w:tc>
          <w:tcPr>
            <w:tcW w:w="3312" w:type="dxa"/>
            <w:vAlign w:val="center"/>
          </w:tcPr>
          <w:p w14:paraId="041B592A" w14:textId="77777777" w:rsidR="00755753" w:rsidRDefault="00306199">
            <w:r>
              <w:rPr>
                <w:sz w:val="19"/>
              </w:rPr>
              <w:t>Heels, astro boots, marking-soled shoes</w:t>
            </w:r>
          </w:p>
        </w:tc>
      </w:tr>
      <w:tr w:rsidR="00755753" w14:paraId="6F0EA52C" w14:textId="77777777">
        <w:tc>
          <w:tcPr>
            <w:tcW w:w="3312" w:type="dxa"/>
            <w:vAlign w:val="center"/>
          </w:tcPr>
          <w:p w14:paraId="15D40F3F" w14:textId="77777777" w:rsidR="00755753" w:rsidRDefault="00306199">
            <w:r>
              <w:rPr>
                <w:sz w:val="19"/>
              </w:rPr>
              <w:t>Exercise Studio</w:t>
            </w:r>
          </w:p>
        </w:tc>
        <w:tc>
          <w:tcPr>
            <w:tcW w:w="3312" w:type="dxa"/>
            <w:vAlign w:val="center"/>
          </w:tcPr>
          <w:p w14:paraId="0359951E" w14:textId="77777777" w:rsidR="00755753" w:rsidRDefault="00306199">
            <w:r>
              <w:rPr>
                <w:sz w:val="19"/>
              </w:rPr>
              <w:t>Trainers</w:t>
            </w:r>
          </w:p>
        </w:tc>
        <w:tc>
          <w:tcPr>
            <w:tcW w:w="3312" w:type="dxa"/>
            <w:vAlign w:val="center"/>
          </w:tcPr>
          <w:p w14:paraId="1EBA6057" w14:textId="77777777" w:rsidR="00755753" w:rsidRDefault="00306199">
            <w:r>
              <w:rPr>
                <w:sz w:val="19"/>
              </w:rPr>
              <w:t>Heels, marking-soled shoes</w:t>
            </w:r>
          </w:p>
        </w:tc>
      </w:tr>
    </w:tbl>
    <w:p w14:paraId="1FE37256" w14:textId="77777777" w:rsidR="00755753" w:rsidRPr="00FA00CF" w:rsidRDefault="00306199">
      <w:pPr>
        <w:rPr>
          <w:sz w:val="20"/>
          <w:szCs w:val="20"/>
        </w:rPr>
      </w:pPr>
      <w:r w:rsidRPr="00FA00CF">
        <w:rPr>
          <w:sz w:val="20"/>
          <w:szCs w:val="20"/>
        </w:rPr>
        <w:t>* Bare feet are not acceptable in any area of the sports building. Flip flops are advisable in changing areas.</w:t>
      </w:r>
    </w:p>
    <w:p w14:paraId="73A60FB3" w14:textId="77777777" w:rsidR="00755753" w:rsidRPr="00FA00CF" w:rsidRDefault="00306199" w:rsidP="00FA00CF">
      <w:pPr>
        <w:pStyle w:val="Heading2"/>
        <w:rPr>
          <w:sz w:val="24"/>
          <w:szCs w:val="24"/>
        </w:rPr>
      </w:pPr>
      <w:r w:rsidRPr="00FA00CF">
        <w:rPr>
          <w:sz w:val="24"/>
          <w:szCs w:val="24"/>
        </w:rPr>
        <w:lastRenderedPageBreak/>
        <w:t>8. Fitness Suite Access &amp; Gym Etiquette</w:t>
      </w:r>
    </w:p>
    <w:p w14:paraId="44B54AA7" w14:textId="77777777" w:rsidR="00755753" w:rsidRPr="00FA00CF" w:rsidRDefault="00306199">
      <w:pPr>
        <w:pStyle w:val="ListBullet"/>
        <w:spacing w:after="60"/>
        <w:rPr>
          <w:sz w:val="20"/>
          <w:szCs w:val="20"/>
        </w:rPr>
      </w:pPr>
      <w:r w:rsidRPr="00FA00CF">
        <w:rPr>
          <w:sz w:val="20"/>
          <w:szCs w:val="20"/>
        </w:rPr>
        <w:t>Members must scan their ID card on the Fitness Suite attendance scanner, located at the reception desk, on each visit.</w:t>
      </w:r>
    </w:p>
    <w:p w14:paraId="79FDAF9F" w14:textId="77777777" w:rsidR="00755753" w:rsidRPr="00FA00CF" w:rsidRDefault="00306199">
      <w:pPr>
        <w:pStyle w:val="ListBullet"/>
        <w:spacing w:after="60"/>
        <w:rPr>
          <w:sz w:val="20"/>
          <w:szCs w:val="20"/>
        </w:rPr>
      </w:pPr>
      <w:r w:rsidRPr="00FA00CF">
        <w:rPr>
          <w:sz w:val="20"/>
          <w:szCs w:val="20"/>
        </w:rPr>
        <w:t xml:space="preserve">Wipe down equipment after use. Cleaning spray and </w:t>
      </w:r>
      <w:proofErr w:type="gramStart"/>
      <w:r w:rsidRPr="00FA00CF">
        <w:rPr>
          <w:sz w:val="20"/>
          <w:szCs w:val="20"/>
        </w:rPr>
        <w:t>cloths</w:t>
      </w:r>
      <w:proofErr w:type="gramEnd"/>
      <w:r w:rsidRPr="00FA00CF">
        <w:rPr>
          <w:sz w:val="20"/>
          <w:szCs w:val="20"/>
        </w:rPr>
        <w:t xml:space="preserve"> are provided; ask a member of staff if these are unavailable.</w:t>
      </w:r>
    </w:p>
    <w:p w14:paraId="1447677E" w14:textId="77777777" w:rsidR="00755753" w:rsidRPr="00FA00CF" w:rsidRDefault="00306199">
      <w:pPr>
        <w:pStyle w:val="ListBullet"/>
        <w:spacing w:after="60"/>
        <w:rPr>
          <w:sz w:val="20"/>
          <w:szCs w:val="20"/>
        </w:rPr>
      </w:pPr>
      <w:r w:rsidRPr="00FA00CF">
        <w:rPr>
          <w:sz w:val="20"/>
          <w:szCs w:val="20"/>
        </w:rPr>
        <w:t>Re-rack weights and return loose equipment to its designated storage area after use.</w:t>
      </w:r>
    </w:p>
    <w:p w14:paraId="125A02A6" w14:textId="77777777" w:rsidR="00755753" w:rsidRPr="00FA00CF" w:rsidRDefault="00306199">
      <w:pPr>
        <w:pStyle w:val="ListBullet"/>
        <w:spacing w:after="60"/>
        <w:rPr>
          <w:sz w:val="20"/>
          <w:szCs w:val="20"/>
        </w:rPr>
      </w:pPr>
      <w:r w:rsidRPr="00FA00CF">
        <w:rPr>
          <w:sz w:val="20"/>
          <w:szCs w:val="20"/>
        </w:rPr>
        <w:t xml:space="preserve">Be mindful of rest times, particularly during busy periods. If you require a longer rest, consider </w:t>
      </w:r>
      <w:proofErr w:type="gramStart"/>
      <w:r w:rsidRPr="00FA00CF">
        <w:rPr>
          <w:sz w:val="20"/>
          <w:szCs w:val="20"/>
        </w:rPr>
        <w:t>working in</w:t>
      </w:r>
      <w:proofErr w:type="gramEnd"/>
      <w:r w:rsidRPr="00FA00CF">
        <w:rPr>
          <w:sz w:val="20"/>
          <w:szCs w:val="20"/>
        </w:rPr>
        <w:t xml:space="preserve"> with other members.</w:t>
      </w:r>
    </w:p>
    <w:p w14:paraId="222464C9" w14:textId="77777777" w:rsidR="00755753" w:rsidRPr="00FA00CF" w:rsidRDefault="00306199">
      <w:pPr>
        <w:pStyle w:val="ListBullet"/>
        <w:spacing w:after="60"/>
        <w:rPr>
          <w:sz w:val="20"/>
          <w:szCs w:val="20"/>
        </w:rPr>
      </w:pPr>
      <w:r w:rsidRPr="00FA00CF">
        <w:rPr>
          <w:sz w:val="20"/>
          <w:szCs w:val="20"/>
        </w:rPr>
        <w:t>Mobile phones should not be used to take calls in the Fitness Suite.</w:t>
      </w:r>
    </w:p>
    <w:p w14:paraId="693B3B9F" w14:textId="77777777" w:rsidR="00755753" w:rsidRPr="00FA00CF" w:rsidRDefault="00306199">
      <w:pPr>
        <w:pStyle w:val="ListBullet"/>
        <w:spacing w:after="60"/>
        <w:rPr>
          <w:sz w:val="20"/>
          <w:szCs w:val="20"/>
        </w:rPr>
      </w:pPr>
      <w:r w:rsidRPr="00FA00CF">
        <w:rPr>
          <w:sz w:val="20"/>
          <w:szCs w:val="20"/>
        </w:rPr>
        <w:t>Be aware of your surroundings and avoid blocking access to equipment or doorways.</w:t>
      </w:r>
    </w:p>
    <w:p w14:paraId="206B4357" w14:textId="77777777" w:rsidR="00755753" w:rsidRPr="00FA00CF" w:rsidRDefault="00306199">
      <w:pPr>
        <w:pStyle w:val="ListBullet"/>
        <w:spacing w:after="60"/>
        <w:rPr>
          <w:sz w:val="20"/>
          <w:szCs w:val="20"/>
        </w:rPr>
      </w:pPr>
      <w:r w:rsidRPr="00FA00CF">
        <w:rPr>
          <w:sz w:val="20"/>
          <w:szCs w:val="20"/>
        </w:rPr>
        <w:t>Do not drop weights or use equipment in a way that is disruptive to other users or people on the floor below.</w:t>
      </w:r>
    </w:p>
    <w:p w14:paraId="4E032EC1" w14:textId="77777777" w:rsidR="00755753" w:rsidRPr="00FA00CF" w:rsidRDefault="00306199">
      <w:pPr>
        <w:pStyle w:val="ListBullet"/>
        <w:spacing w:after="60"/>
        <w:rPr>
          <w:sz w:val="20"/>
          <w:szCs w:val="20"/>
        </w:rPr>
      </w:pPr>
      <w:r w:rsidRPr="00FA00CF">
        <w:rPr>
          <w:sz w:val="20"/>
          <w:szCs w:val="20"/>
        </w:rPr>
        <w:t>Avoid extended periods on cardio machines, particularly during peak times, and reset equipment when you finish.</w:t>
      </w:r>
    </w:p>
    <w:p w14:paraId="6B258D42" w14:textId="77777777" w:rsidR="00755753" w:rsidRPr="00FA00CF" w:rsidRDefault="00306199">
      <w:pPr>
        <w:pStyle w:val="ListBullet"/>
        <w:spacing w:after="60"/>
        <w:rPr>
          <w:sz w:val="20"/>
          <w:szCs w:val="20"/>
        </w:rPr>
      </w:pPr>
      <w:r w:rsidRPr="00FA00CF">
        <w:rPr>
          <w:sz w:val="20"/>
          <w:szCs w:val="20"/>
        </w:rPr>
        <w:t>Maintain a respectful volume level, particularly when working out in a group.</w:t>
      </w:r>
    </w:p>
    <w:p w14:paraId="1AA91371" w14:textId="77777777" w:rsidR="00755753" w:rsidRPr="00FA00CF" w:rsidRDefault="00306199">
      <w:pPr>
        <w:pStyle w:val="ListBullet"/>
        <w:spacing w:after="60"/>
        <w:rPr>
          <w:sz w:val="20"/>
          <w:szCs w:val="20"/>
        </w:rPr>
      </w:pPr>
      <w:r w:rsidRPr="00FA00CF">
        <w:rPr>
          <w:sz w:val="20"/>
          <w:szCs w:val="20"/>
        </w:rPr>
        <w:t xml:space="preserve">Ask permission before taking equipment that someone else is using. Politely ask whether they are nearly finished or whether you can share the </w:t>
      </w:r>
      <w:proofErr w:type="gramStart"/>
      <w:r w:rsidRPr="00FA00CF">
        <w:rPr>
          <w:sz w:val="20"/>
          <w:szCs w:val="20"/>
        </w:rPr>
        <w:t>equipment, and</w:t>
      </w:r>
      <w:proofErr w:type="gramEnd"/>
      <w:r w:rsidRPr="00FA00CF">
        <w:rPr>
          <w:sz w:val="20"/>
          <w:szCs w:val="20"/>
        </w:rPr>
        <w:t xml:space="preserve"> be respectful when another member asks the same of you.</w:t>
      </w:r>
    </w:p>
    <w:p w14:paraId="635B9045" w14:textId="77777777" w:rsidR="00755753" w:rsidRPr="00FA00CF" w:rsidRDefault="00306199">
      <w:pPr>
        <w:pStyle w:val="ListBullet"/>
        <w:spacing w:after="60"/>
        <w:rPr>
          <w:sz w:val="20"/>
          <w:szCs w:val="20"/>
        </w:rPr>
      </w:pPr>
      <w:r w:rsidRPr="00FA00CF">
        <w:rPr>
          <w:sz w:val="20"/>
          <w:szCs w:val="20"/>
        </w:rPr>
        <w:t>Taking photographs or videos in Hope Park Sports facilities is strictly prohibited.</w:t>
      </w:r>
    </w:p>
    <w:p w14:paraId="4ABA8613" w14:textId="77777777" w:rsidR="00755753" w:rsidRPr="00FA00CF" w:rsidRDefault="00306199">
      <w:pPr>
        <w:pStyle w:val="ListBullet"/>
        <w:spacing w:after="60"/>
        <w:rPr>
          <w:sz w:val="20"/>
          <w:szCs w:val="20"/>
        </w:rPr>
      </w:pPr>
      <w:r w:rsidRPr="00FA00CF">
        <w:rPr>
          <w:sz w:val="20"/>
          <w:szCs w:val="20"/>
        </w:rPr>
        <w:t>Be courteous and friendly to other gym users and respect fellow members and staff.</w:t>
      </w:r>
    </w:p>
    <w:p w14:paraId="70B66D07" w14:textId="77777777" w:rsidR="00755753" w:rsidRPr="00FA00CF" w:rsidRDefault="00306199" w:rsidP="00FA00CF">
      <w:pPr>
        <w:pStyle w:val="Heading2"/>
        <w:rPr>
          <w:sz w:val="24"/>
          <w:szCs w:val="24"/>
        </w:rPr>
      </w:pPr>
      <w:r w:rsidRPr="00FA00CF">
        <w:rPr>
          <w:sz w:val="24"/>
          <w:szCs w:val="24"/>
        </w:rPr>
        <w:t>9. Fitness Class Bookings &amp; Cancellations</w:t>
      </w:r>
    </w:p>
    <w:p w14:paraId="2181957D" w14:textId="263DE75D" w:rsidR="00755753" w:rsidRPr="00FA00CF" w:rsidRDefault="00306199">
      <w:pPr>
        <w:rPr>
          <w:sz w:val="20"/>
          <w:szCs w:val="20"/>
        </w:rPr>
      </w:pPr>
      <w:r w:rsidRPr="00FA00CF">
        <w:rPr>
          <w:sz w:val="20"/>
          <w:szCs w:val="20"/>
        </w:rPr>
        <w:t>Fitness classes are available to Staff and Student members in accordance with their membership entitlement. Staff Family Membership does not include fitness class access</w:t>
      </w:r>
      <w:r w:rsidR="00A07EC6">
        <w:rPr>
          <w:sz w:val="20"/>
          <w:szCs w:val="20"/>
        </w:rPr>
        <w:t xml:space="preserve">, but for an additional charge </w:t>
      </w:r>
      <w:r w:rsidR="00563653">
        <w:rPr>
          <w:sz w:val="20"/>
          <w:szCs w:val="20"/>
        </w:rPr>
        <w:t>members can book and attend.</w:t>
      </w:r>
    </w:p>
    <w:p w14:paraId="03509E47" w14:textId="77777777" w:rsidR="00755753" w:rsidRPr="00FA00CF" w:rsidRDefault="00306199">
      <w:pPr>
        <w:pStyle w:val="ListBullet"/>
        <w:spacing w:after="60"/>
        <w:rPr>
          <w:sz w:val="20"/>
          <w:szCs w:val="20"/>
        </w:rPr>
      </w:pPr>
      <w:r w:rsidRPr="00FA00CF">
        <w:rPr>
          <w:sz w:val="20"/>
          <w:szCs w:val="20"/>
        </w:rPr>
        <w:t>Membership does not guarantee a place on a fitness class. A place must be reserved.</w:t>
      </w:r>
    </w:p>
    <w:p w14:paraId="46D4B04E" w14:textId="77777777" w:rsidR="00755753" w:rsidRPr="00FA00CF" w:rsidRDefault="00306199">
      <w:pPr>
        <w:pStyle w:val="ListBullet"/>
        <w:spacing w:after="60"/>
        <w:rPr>
          <w:sz w:val="20"/>
          <w:szCs w:val="20"/>
        </w:rPr>
      </w:pPr>
      <w:r w:rsidRPr="00FA00CF">
        <w:rPr>
          <w:sz w:val="20"/>
          <w:szCs w:val="20"/>
        </w:rPr>
        <w:t>Bookings can be made up to 7 days in advance, including on the day. Bookings close 3 hours before the class start time.</w:t>
      </w:r>
    </w:p>
    <w:p w14:paraId="687C881D" w14:textId="77777777" w:rsidR="00755753" w:rsidRPr="00FA00CF" w:rsidRDefault="00306199">
      <w:pPr>
        <w:pStyle w:val="ListBullet"/>
        <w:spacing w:after="60"/>
        <w:rPr>
          <w:sz w:val="20"/>
          <w:szCs w:val="20"/>
        </w:rPr>
      </w:pPr>
      <w:r w:rsidRPr="00FA00CF">
        <w:rPr>
          <w:sz w:val="20"/>
          <w:szCs w:val="20"/>
        </w:rPr>
        <w:t>On arrival, members must record their attendance by signing in at the reception desk. The Fitness Suite attendance scanner does not record fitness class attendance.</w:t>
      </w:r>
    </w:p>
    <w:p w14:paraId="0C7EA0F9" w14:textId="77777777" w:rsidR="00755753" w:rsidRPr="00FA00CF" w:rsidRDefault="00306199">
      <w:pPr>
        <w:pStyle w:val="ListBullet"/>
        <w:spacing w:after="60"/>
        <w:rPr>
          <w:sz w:val="20"/>
          <w:szCs w:val="20"/>
        </w:rPr>
      </w:pPr>
      <w:r w:rsidRPr="00FA00CF">
        <w:rPr>
          <w:sz w:val="20"/>
          <w:szCs w:val="20"/>
        </w:rPr>
        <w:t>No access is permitted to the Exercise Studio or Strength and Conditioning Suite before the instructor arrives.</w:t>
      </w:r>
    </w:p>
    <w:p w14:paraId="70F21B2A" w14:textId="77777777" w:rsidR="00755753" w:rsidRPr="00FA00CF" w:rsidRDefault="00306199">
      <w:pPr>
        <w:pStyle w:val="ListBullet"/>
        <w:spacing w:after="60"/>
        <w:rPr>
          <w:sz w:val="20"/>
          <w:szCs w:val="20"/>
        </w:rPr>
      </w:pPr>
      <w:r w:rsidRPr="00FA00CF">
        <w:rPr>
          <w:sz w:val="20"/>
          <w:szCs w:val="20"/>
        </w:rPr>
        <w:t>A minimum of 3 hours' notice is required to cancel a booked fitness class.</w:t>
      </w:r>
    </w:p>
    <w:p w14:paraId="130908A1" w14:textId="77777777" w:rsidR="00755753" w:rsidRPr="00FA00CF" w:rsidRDefault="00306199">
      <w:pPr>
        <w:pStyle w:val="ListBullet"/>
        <w:spacing w:after="60"/>
        <w:rPr>
          <w:sz w:val="20"/>
          <w:szCs w:val="20"/>
        </w:rPr>
      </w:pPr>
      <w:r w:rsidRPr="00FA00CF">
        <w:rPr>
          <w:sz w:val="20"/>
          <w:szCs w:val="20"/>
        </w:rPr>
        <w:t>A £3 charge will apply where the required cancellation notice is not provided.</w:t>
      </w:r>
    </w:p>
    <w:p w14:paraId="5C9CD164" w14:textId="77777777" w:rsidR="00755753" w:rsidRPr="00FA00CF" w:rsidRDefault="00306199">
      <w:pPr>
        <w:pStyle w:val="ListBullet"/>
        <w:spacing w:after="60"/>
        <w:rPr>
          <w:sz w:val="20"/>
          <w:szCs w:val="20"/>
        </w:rPr>
      </w:pPr>
      <w:r w:rsidRPr="00FA00CF">
        <w:rPr>
          <w:sz w:val="20"/>
          <w:szCs w:val="20"/>
        </w:rPr>
        <w:t>Membership will be suspended until the applicable fine is paid.</w:t>
      </w:r>
    </w:p>
    <w:p w14:paraId="0719DF6B" w14:textId="77777777" w:rsidR="00755753" w:rsidRPr="00FA00CF" w:rsidRDefault="00306199">
      <w:pPr>
        <w:pStyle w:val="ListBullet"/>
        <w:spacing w:after="60"/>
        <w:rPr>
          <w:sz w:val="20"/>
          <w:szCs w:val="20"/>
        </w:rPr>
      </w:pPr>
      <w:r w:rsidRPr="00FA00CF">
        <w:rPr>
          <w:sz w:val="20"/>
          <w:szCs w:val="20"/>
        </w:rPr>
        <w:t>Fitness class bookings can be cancelled by calling Hope Park Sports Reception on 0151 291 2911.</w:t>
      </w:r>
    </w:p>
    <w:p w14:paraId="069CC98A" w14:textId="77777777" w:rsidR="00755753" w:rsidRPr="00FA00CF" w:rsidRDefault="00306199" w:rsidP="00FA00CF">
      <w:pPr>
        <w:pStyle w:val="Heading2"/>
        <w:rPr>
          <w:sz w:val="24"/>
          <w:szCs w:val="24"/>
        </w:rPr>
      </w:pPr>
      <w:r w:rsidRPr="00FA00CF">
        <w:rPr>
          <w:sz w:val="24"/>
          <w:szCs w:val="24"/>
        </w:rPr>
        <w:t>10. Facility &amp; Court Hire</w:t>
      </w:r>
    </w:p>
    <w:p w14:paraId="47EC796A" w14:textId="77777777" w:rsidR="00755753" w:rsidRPr="00FA00CF" w:rsidRDefault="00306199">
      <w:pPr>
        <w:rPr>
          <w:sz w:val="20"/>
          <w:szCs w:val="20"/>
        </w:rPr>
      </w:pPr>
      <w:r w:rsidRPr="00FA00CF">
        <w:rPr>
          <w:sz w:val="20"/>
          <w:szCs w:val="20"/>
        </w:rPr>
        <w:t>Staff and Student members may hire the Squash, Badminton and Basketball Courts, and 3G and Astro pitches, subject to booking and availability. Staff Family members may book Squash Courts only.</w:t>
      </w:r>
    </w:p>
    <w:p w14:paraId="55FABFE2" w14:textId="77777777" w:rsidR="00755753" w:rsidRPr="00FA00CF" w:rsidRDefault="00306199">
      <w:pPr>
        <w:pStyle w:val="ListBullet"/>
        <w:spacing w:after="60"/>
        <w:rPr>
          <w:sz w:val="20"/>
          <w:szCs w:val="20"/>
        </w:rPr>
      </w:pPr>
      <w:r w:rsidRPr="00FA00CF">
        <w:rPr>
          <w:sz w:val="20"/>
          <w:szCs w:val="20"/>
        </w:rPr>
        <w:t>Membership does not guarantee access to facilities. A booking must be made via telephone or at the reception desk.</w:t>
      </w:r>
    </w:p>
    <w:p w14:paraId="0FA01BEB" w14:textId="77777777" w:rsidR="00755753" w:rsidRPr="00FA00CF" w:rsidRDefault="00306199">
      <w:pPr>
        <w:pStyle w:val="ListBullet"/>
        <w:spacing w:after="60"/>
        <w:rPr>
          <w:sz w:val="20"/>
          <w:szCs w:val="20"/>
        </w:rPr>
      </w:pPr>
      <w:r w:rsidRPr="00FA00CF">
        <w:rPr>
          <w:sz w:val="20"/>
          <w:szCs w:val="20"/>
        </w:rPr>
        <w:t>Bookings can be made up to 7 days in advance. On-the-day facility bookings are not permitted.</w:t>
      </w:r>
    </w:p>
    <w:p w14:paraId="0C5BBF8B" w14:textId="77777777" w:rsidR="00755753" w:rsidRPr="00FA00CF" w:rsidRDefault="00306199">
      <w:pPr>
        <w:pStyle w:val="ListBullet"/>
        <w:spacing w:after="60"/>
        <w:rPr>
          <w:sz w:val="20"/>
          <w:szCs w:val="20"/>
        </w:rPr>
      </w:pPr>
      <w:r w:rsidRPr="00FA00CF">
        <w:rPr>
          <w:sz w:val="20"/>
          <w:szCs w:val="20"/>
        </w:rPr>
        <w:t xml:space="preserve">Sessions start </w:t>
      </w:r>
      <w:proofErr w:type="gramStart"/>
      <w:r w:rsidRPr="00FA00CF">
        <w:rPr>
          <w:sz w:val="20"/>
          <w:szCs w:val="20"/>
        </w:rPr>
        <w:t>on</w:t>
      </w:r>
      <w:proofErr w:type="gramEnd"/>
      <w:r w:rsidRPr="00FA00CF">
        <w:rPr>
          <w:sz w:val="20"/>
          <w:szCs w:val="20"/>
        </w:rPr>
        <w:t xml:space="preserve"> </w:t>
      </w:r>
      <w:proofErr w:type="gramStart"/>
      <w:r w:rsidRPr="00FA00CF">
        <w:rPr>
          <w:sz w:val="20"/>
          <w:szCs w:val="20"/>
        </w:rPr>
        <w:t>the</w:t>
      </w:r>
      <w:proofErr w:type="gramEnd"/>
      <w:r w:rsidRPr="00FA00CF">
        <w:rPr>
          <w:sz w:val="20"/>
          <w:szCs w:val="20"/>
        </w:rPr>
        <w:t xml:space="preserve"> hour and last for 55 minutes.</w:t>
      </w:r>
    </w:p>
    <w:p w14:paraId="36D001AD" w14:textId="77777777" w:rsidR="00755753" w:rsidRPr="00FA00CF" w:rsidRDefault="00306199">
      <w:pPr>
        <w:pStyle w:val="ListBullet"/>
        <w:spacing w:after="60"/>
        <w:rPr>
          <w:sz w:val="20"/>
          <w:szCs w:val="20"/>
        </w:rPr>
      </w:pPr>
      <w:r w:rsidRPr="00FA00CF">
        <w:rPr>
          <w:sz w:val="20"/>
          <w:szCs w:val="20"/>
        </w:rPr>
        <w:t>Equipment may be loaned from the reception desk. Outdoor footballs and bibs are not included.</w:t>
      </w:r>
    </w:p>
    <w:p w14:paraId="64DD1CF1" w14:textId="77777777" w:rsidR="00755753" w:rsidRPr="00FA00CF" w:rsidRDefault="00306199">
      <w:pPr>
        <w:pStyle w:val="ListBullet"/>
        <w:spacing w:after="60"/>
        <w:rPr>
          <w:sz w:val="20"/>
          <w:szCs w:val="20"/>
        </w:rPr>
      </w:pPr>
      <w:r w:rsidRPr="00FA00CF">
        <w:rPr>
          <w:sz w:val="20"/>
          <w:szCs w:val="20"/>
        </w:rPr>
        <w:t xml:space="preserve">Items that are not returned, or are returned damaged </w:t>
      </w:r>
      <w:proofErr w:type="gramStart"/>
      <w:r w:rsidRPr="00FA00CF">
        <w:rPr>
          <w:sz w:val="20"/>
          <w:szCs w:val="20"/>
        </w:rPr>
        <w:t>as a result of</w:t>
      </w:r>
      <w:proofErr w:type="gramEnd"/>
      <w:r w:rsidRPr="00FA00CF">
        <w:rPr>
          <w:sz w:val="20"/>
          <w:szCs w:val="20"/>
        </w:rPr>
        <w:t xml:space="preserve"> negligence, may be charged for in accordance with the T&amp;Cs.</w:t>
      </w:r>
    </w:p>
    <w:p w14:paraId="11AC3440" w14:textId="77777777" w:rsidR="00755753" w:rsidRPr="00FA00CF" w:rsidRDefault="00306199">
      <w:pPr>
        <w:pStyle w:val="ListBullet"/>
        <w:spacing w:after="60"/>
        <w:rPr>
          <w:sz w:val="20"/>
          <w:szCs w:val="20"/>
        </w:rPr>
      </w:pPr>
      <w:r w:rsidRPr="00FA00CF">
        <w:rPr>
          <w:sz w:val="20"/>
          <w:szCs w:val="20"/>
        </w:rPr>
        <w:t xml:space="preserve">Playing areas have minimum and maximum player numbers which must be adhered to </w:t>
      </w:r>
      <w:proofErr w:type="gramStart"/>
      <w:r w:rsidRPr="00FA00CF">
        <w:rPr>
          <w:sz w:val="20"/>
          <w:szCs w:val="20"/>
        </w:rPr>
        <w:t>in order to</w:t>
      </w:r>
      <w:proofErr w:type="gramEnd"/>
      <w:r w:rsidRPr="00FA00CF">
        <w:rPr>
          <w:sz w:val="20"/>
          <w:szCs w:val="20"/>
        </w:rPr>
        <w:t xml:space="preserve"> support safety and maximise facility use.</w:t>
      </w:r>
    </w:p>
    <w:p w14:paraId="165D47E8" w14:textId="77777777" w:rsidR="00755753" w:rsidRPr="00FA00CF" w:rsidRDefault="00306199">
      <w:pPr>
        <w:pStyle w:val="ListBullet"/>
        <w:spacing w:after="60"/>
        <w:rPr>
          <w:sz w:val="20"/>
          <w:szCs w:val="20"/>
        </w:rPr>
      </w:pPr>
      <w:r w:rsidRPr="00FA00CF">
        <w:rPr>
          <w:sz w:val="20"/>
          <w:szCs w:val="20"/>
        </w:rPr>
        <w:t>Correct footwear must be worn for the booked playing area.</w:t>
      </w:r>
    </w:p>
    <w:p w14:paraId="139C3BCB" w14:textId="77777777" w:rsidR="00755753" w:rsidRPr="00FA00CF" w:rsidRDefault="00306199">
      <w:pPr>
        <w:pStyle w:val="ListBullet"/>
        <w:spacing w:after="60"/>
        <w:rPr>
          <w:sz w:val="20"/>
          <w:szCs w:val="20"/>
        </w:rPr>
      </w:pPr>
      <w:r w:rsidRPr="00FA00CF">
        <w:rPr>
          <w:sz w:val="20"/>
          <w:szCs w:val="20"/>
        </w:rPr>
        <w:lastRenderedPageBreak/>
        <w:t>All players must report their attendance to the reception desk on arrival.</w:t>
      </w:r>
    </w:p>
    <w:p w14:paraId="6BAE8A2C" w14:textId="77777777" w:rsidR="00755753" w:rsidRPr="00FA00CF" w:rsidRDefault="00306199">
      <w:pPr>
        <w:pStyle w:val="ListBullet"/>
        <w:spacing w:after="60"/>
        <w:rPr>
          <w:sz w:val="20"/>
          <w:szCs w:val="20"/>
        </w:rPr>
      </w:pPr>
      <w:r w:rsidRPr="00FA00CF">
        <w:rPr>
          <w:sz w:val="20"/>
          <w:szCs w:val="20"/>
        </w:rPr>
        <w:t>Access to the booked facility will be granted at the agreed start time.</w:t>
      </w:r>
    </w:p>
    <w:p w14:paraId="21F7B95D" w14:textId="77777777" w:rsidR="00755753" w:rsidRPr="00FA00CF" w:rsidRDefault="00306199">
      <w:pPr>
        <w:pStyle w:val="ListBullet"/>
        <w:spacing w:after="60"/>
        <w:rPr>
          <w:sz w:val="20"/>
          <w:szCs w:val="20"/>
        </w:rPr>
      </w:pPr>
      <w:r w:rsidRPr="00FA00CF">
        <w:rPr>
          <w:sz w:val="20"/>
          <w:szCs w:val="20"/>
        </w:rPr>
        <w:t>Bookings must not over-run their allocated time.</w:t>
      </w:r>
    </w:p>
    <w:p w14:paraId="378EF688" w14:textId="77777777" w:rsidR="00755753" w:rsidRPr="00FA00CF" w:rsidRDefault="00306199">
      <w:pPr>
        <w:pStyle w:val="ListBullet"/>
        <w:spacing w:after="60"/>
        <w:rPr>
          <w:sz w:val="20"/>
          <w:szCs w:val="20"/>
        </w:rPr>
      </w:pPr>
      <w:r w:rsidRPr="00FA00CF">
        <w:rPr>
          <w:sz w:val="20"/>
          <w:szCs w:val="20"/>
        </w:rPr>
        <w:t>Playing areas and changing facilities must be left tidy and rubbish-free.</w:t>
      </w:r>
    </w:p>
    <w:p w14:paraId="02949FC5" w14:textId="77777777" w:rsidR="00755753" w:rsidRPr="00FA00CF" w:rsidRDefault="00306199">
      <w:pPr>
        <w:pStyle w:val="ListBullet"/>
        <w:spacing w:after="60"/>
        <w:rPr>
          <w:sz w:val="20"/>
          <w:szCs w:val="20"/>
        </w:rPr>
      </w:pPr>
      <w:r w:rsidRPr="00FA00CF">
        <w:rPr>
          <w:sz w:val="20"/>
          <w:szCs w:val="20"/>
        </w:rPr>
        <w:t xml:space="preserve">For team bookings, one person will take responsibility for making and managing the booking and must ensure all players follow the relevant rules and regulations. Where issues occur, the booking may be stopped </w:t>
      </w:r>
      <w:proofErr w:type="gramStart"/>
      <w:r w:rsidRPr="00FA00CF">
        <w:rPr>
          <w:sz w:val="20"/>
          <w:szCs w:val="20"/>
        </w:rPr>
        <w:t>immediately</w:t>
      </w:r>
      <w:proofErr w:type="gramEnd"/>
      <w:r w:rsidRPr="00FA00CF">
        <w:rPr>
          <w:sz w:val="20"/>
          <w:szCs w:val="20"/>
        </w:rPr>
        <w:t xml:space="preserve"> and membership may be suspended or terminated in accordance with the T&amp;Cs.</w:t>
      </w:r>
    </w:p>
    <w:p w14:paraId="1AC1EC4F" w14:textId="77777777" w:rsidR="00755753" w:rsidRPr="00FA00CF" w:rsidRDefault="00306199" w:rsidP="00FA00CF">
      <w:pPr>
        <w:pStyle w:val="Heading2"/>
        <w:rPr>
          <w:sz w:val="24"/>
          <w:szCs w:val="24"/>
        </w:rPr>
      </w:pPr>
      <w:r w:rsidRPr="00FA00CF">
        <w:rPr>
          <w:sz w:val="24"/>
          <w:szCs w:val="24"/>
        </w:rPr>
        <w:t>11. Squash Court Bookings</w:t>
      </w:r>
    </w:p>
    <w:p w14:paraId="1C935ED5" w14:textId="77777777" w:rsidR="00755753" w:rsidRPr="00FA00CF" w:rsidRDefault="00306199">
      <w:pPr>
        <w:pStyle w:val="ListBullet"/>
        <w:spacing w:after="60"/>
        <w:rPr>
          <w:sz w:val="20"/>
          <w:szCs w:val="20"/>
        </w:rPr>
      </w:pPr>
      <w:r w:rsidRPr="00FA00CF">
        <w:rPr>
          <w:sz w:val="20"/>
          <w:szCs w:val="20"/>
        </w:rPr>
        <w:t xml:space="preserve">Squash Courts can be booked at reception or by telephone, up to 7 days in advance. </w:t>
      </w:r>
      <w:proofErr w:type="gramStart"/>
      <w:r w:rsidRPr="00FA00CF">
        <w:rPr>
          <w:sz w:val="20"/>
          <w:szCs w:val="20"/>
        </w:rPr>
        <w:t>On-the-day</w:t>
      </w:r>
      <w:proofErr w:type="gramEnd"/>
      <w:r w:rsidRPr="00FA00CF">
        <w:rPr>
          <w:sz w:val="20"/>
          <w:szCs w:val="20"/>
        </w:rPr>
        <w:t xml:space="preserve"> bookings are not permitted.</w:t>
      </w:r>
    </w:p>
    <w:p w14:paraId="5CA9CA79" w14:textId="77777777" w:rsidR="00755753" w:rsidRPr="00FA00CF" w:rsidRDefault="00306199">
      <w:pPr>
        <w:pStyle w:val="ListBullet"/>
        <w:spacing w:after="60"/>
        <w:rPr>
          <w:sz w:val="20"/>
          <w:szCs w:val="20"/>
        </w:rPr>
      </w:pPr>
      <w:r w:rsidRPr="00FA00CF">
        <w:rPr>
          <w:sz w:val="20"/>
          <w:szCs w:val="20"/>
        </w:rPr>
        <w:t xml:space="preserve">Sessions start </w:t>
      </w:r>
      <w:proofErr w:type="gramStart"/>
      <w:r w:rsidRPr="00FA00CF">
        <w:rPr>
          <w:sz w:val="20"/>
          <w:szCs w:val="20"/>
        </w:rPr>
        <w:t>on</w:t>
      </w:r>
      <w:proofErr w:type="gramEnd"/>
      <w:r w:rsidRPr="00FA00CF">
        <w:rPr>
          <w:sz w:val="20"/>
          <w:szCs w:val="20"/>
        </w:rPr>
        <w:t xml:space="preserve"> </w:t>
      </w:r>
      <w:proofErr w:type="gramStart"/>
      <w:r w:rsidRPr="00FA00CF">
        <w:rPr>
          <w:sz w:val="20"/>
          <w:szCs w:val="20"/>
        </w:rPr>
        <w:t>the</w:t>
      </w:r>
      <w:proofErr w:type="gramEnd"/>
      <w:r w:rsidRPr="00FA00CF">
        <w:rPr>
          <w:sz w:val="20"/>
          <w:szCs w:val="20"/>
        </w:rPr>
        <w:t xml:space="preserve"> hour and last for 55 minutes.</w:t>
      </w:r>
    </w:p>
    <w:p w14:paraId="78C96D87" w14:textId="77777777" w:rsidR="00755753" w:rsidRPr="00FA00CF" w:rsidRDefault="00306199">
      <w:pPr>
        <w:pStyle w:val="ListBullet"/>
        <w:spacing w:after="60"/>
        <w:rPr>
          <w:sz w:val="20"/>
          <w:szCs w:val="20"/>
        </w:rPr>
      </w:pPr>
      <w:r w:rsidRPr="00FA00CF">
        <w:rPr>
          <w:sz w:val="20"/>
          <w:szCs w:val="20"/>
        </w:rPr>
        <w:t>A maximum of 2 players may use a Squash Court.</w:t>
      </w:r>
    </w:p>
    <w:p w14:paraId="627BD19F" w14:textId="77777777" w:rsidR="00755753" w:rsidRPr="00FA00CF" w:rsidRDefault="00306199">
      <w:pPr>
        <w:pStyle w:val="ListBullet"/>
        <w:spacing w:after="60"/>
        <w:rPr>
          <w:sz w:val="20"/>
          <w:szCs w:val="20"/>
        </w:rPr>
      </w:pPr>
      <w:r w:rsidRPr="00FA00CF">
        <w:rPr>
          <w:sz w:val="20"/>
          <w:szCs w:val="20"/>
        </w:rPr>
        <w:t>All players must be registered members of the Sports Complex or Staff Family Membership schemes. The names of both players must be provided at the time of booking.</w:t>
      </w:r>
    </w:p>
    <w:p w14:paraId="4325AB16" w14:textId="77777777" w:rsidR="00755753" w:rsidRPr="00FA00CF" w:rsidRDefault="00306199">
      <w:pPr>
        <w:pStyle w:val="ListBullet"/>
        <w:spacing w:after="60"/>
        <w:rPr>
          <w:sz w:val="20"/>
          <w:szCs w:val="20"/>
        </w:rPr>
      </w:pPr>
      <w:r w:rsidRPr="00FA00CF">
        <w:rPr>
          <w:sz w:val="20"/>
          <w:szCs w:val="20"/>
        </w:rPr>
        <w:t>All players must report attendance to reception on arrival.</w:t>
      </w:r>
    </w:p>
    <w:p w14:paraId="17213B2B" w14:textId="77777777" w:rsidR="00755753" w:rsidRPr="00FA00CF" w:rsidRDefault="00306199">
      <w:pPr>
        <w:pStyle w:val="ListBullet"/>
        <w:spacing w:after="60"/>
        <w:rPr>
          <w:sz w:val="20"/>
          <w:szCs w:val="20"/>
        </w:rPr>
      </w:pPr>
      <w:r w:rsidRPr="00FA00CF">
        <w:rPr>
          <w:sz w:val="20"/>
          <w:szCs w:val="20"/>
        </w:rPr>
        <w:t>Access to the court will be granted at the agreed booking start time.</w:t>
      </w:r>
    </w:p>
    <w:p w14:paraId="70E7A1BB" w14:textId="77777777" w:rsidR="00755753" w:rsidRPr="00FA00CF" w:rsidRDefault="00306199">
      <w:pPr>
        <w:pStyle w:val="ListBullet"/>
        <w:spacing w:after="60"/>
        <w:rPr>
          <w:sz w:val="20"/>
          <w:szCs w:val="20"/>
        </w:rPr>
      </w:pPr>
      <w:r w:rsidRPr="00FA00CF">
        <w:rPr>
          <w:sz w:val="20"/>
          <w:szCs w:val="20"/>
        </w:rPr>
        <w:t>Bookings must not over-run the allocated time.</w:t>
      </w:r>
    </w:p>
    <w:p w14:paraId="01347D39" w14:textId="77777777" w:rsidR="00755753" w:rsidRPr="00FA00CF" w:rsidRDefault="00306199">
      <w:pPr>
        <w:pStyle w:val="ListBullet"/>
        <w:spacing w:after="60"/>
        <w:rPr>
          <w:sz w:val="20"/>
          <w:szCs w:val="20"/>
        </w:rPr>
      </w:pPr>
      <w:r w:rsidRPr="00FA00CF">
        <w:rPr>
          <w:sz w:val="20"/>
          <w:szCs w:val="20"/>
        </w:rPr>
        <w:t>Correct non-marking footwear must be worn.</w:t>
      </w:r>
    </w:p>
    <w:p w14:paraId="55B4919A" w14:textId="77777777" w:rsidR="00755753" w:rsidRPr="00FA00CF" w:rsidRDefault="00306199" w:rsidP="00FA00CF">
      <w:pPr>
        <w:pStyle w:val="Heading2"/>
        <w:rPr>
          <w:sz w:val="24"/>
          <w:szCs w:val="24"/>
        </w:rPr>
      </w:pPr>
      <w:r w:rsidRPr="00FA00CF">
        <w:rPr>
          <w:sz w:val="24"/>
          <w:szCs w:val="24"/>
        </w:rPr>
        <w:t>12. Facility Hire Cancellations</w:t>
      </w:r>
    </w:p>
    <w:p w14:paraId="0B42ACFF" w14:textId="77777777" w:rsidR="00755753" w:rsidRPr="00FA00CF" w:rsidRDefault="00306199">
      <w:pPr>
        <w:pStyle w:val="ListBullet"/>
        <w:spacing w:after="60"/>
        <w:rPr>
          <w:sz w:val="20"/>
          <w:szCs w:val="20"/>
        </w:rPr>
      </w:pPr>
      <w:r w:rsidRPr="00FA00CF">
        <w:rPr>
          <w:sz w:val="20"/>
          <w:szCs w:val="20"/>
        </w:rPr>
        <w:t xml:space="preserve">A minimum of 24 hours' notice is required to cancel </w:t>
      </w:r>
      <w:proofErr w:type="gramStart"/>
      <w:r w:rsidRPr="00FA00CF">
        <w:rPr>
          <w:sz w:val="20"/>
          <w:szCs w:val="20"/>
        </w:rPr>
        <w:t>a booked</w:t>
      </w:r>
      <w:proofErr w:type="gramEnd"/>
      <w:r w:rsidRPr="00FA00CF">
        <w:rPr>
          <w:sz w:val="20"/>
          <w:szCs w:val="20"/>
        </w:rPr>
        <w:t xml:space="preserve"> facility.</w:t>
      </w:r>
    </w:p>
    <w:p w14:paraId="17F36EBB" w14:textId="77777777" w:rsidR="00755753" w:rsidRPr="00FA00CF" w:rsidRDefault="00306199">
      <w:pPr>
        <w:pStyle w:val="ListBullet"/>
        <w:spacing w:after="60"/>
        <w:rPr>
          <w:sz w:val="20"/>
          <w:szCs w:val="20"/>
        </w:rPr>
      </w:pPr>
      <w:r w:rsidRPr="00FA00CF">
        <w:rPr>
          <w:sz w:val="20"/>
          <w:szCs w:val="20"/>
        </w:rPr>
        <w:t>A £5 charge will apply where at least 24 hours' notice is not provided.</w:t>
      </w:r>
    </w:p>
    <w:p w14:paraId="70EBC955" w14:textId="77777777" w:rsidR="00755753" w:rsidRPr="00FA00CF" w:rsidRDefault="00306199">
      <w:pPr>
        <w:pStyle w:val="ListBullet"/>
        <w:spacing w:after="60"/>
        <w:rPr>
          <w:sz w:val="20"/>
          <w:szCs w:val="20"/>
        </w:rPr>
      </w:pPr>
      <w:r w:rsidRPr="00FA00CF">
        <w:rPr>
          <w:sz w:val="20"/>
          <w:szCs w:val="20"/>
        </w:rPr>
        <w:t>Membership will be suspended until the applicable fine is paid.</w:t>
      </w:r>
    </w:p>
    <w:p w14:paraId="2097B412" w14:textId="77777777" w:rsidR="00755753" w:rsidRPr="00FA00CF" w:rsidRDefault="00306199">
      <w:pPr>
        <w:pStyle w:val="ListBullet"/>
        <w:spacing w:after="60"/>
        <w:rPr>
          <w:sz w:val="20"/>
          <w:szCs w:val="20"/>
        </w:rPr>
      </w:pPr>
      <w:r w:rsidRPr="00FA00CF">
        <w:rPr>
          <w:sz w:val="20"/>
          <w:szCs w:val="20"/>
        </w:rPr>
        <w:t>Facility bookings can be cancelled by calling Hope Park Sports Reception on 0151 291 2911.</w:t>
      </w:r>
    </w:p>
    <w:p w14:paraId="76E3E97B" w14:textId="77777777" w:rsidR="00755753" w:rsidRPr="00FA00CF" w:rsidRDefault="00306199" w:rsidP="00FA00CF">
      <w:pPr>
        <w:pStyle w:val="Heading2"/>
        <w:rPr>
          <w:sz w:val="24"/>
          <w:szCs w:val="24"/>
        </w:rPr>
      </w:pPr>
      <w:r w:rsidRPr="00FA00CF">
        <w:rPr>
          <w:sz w:val="24"/>
          <w:szCs w:val="24"/>
        </w:rPr>
        <w:t>13. Electrical Items</w:t>
      </w:r>
    </w:p>
    <w:p w14:paraId="208116CF" w14:textId="77777777" w:rsidR="00755753" w:rsidRPr="00FA00CF" w:rsidRDefault="00306199">
      <w:pPr>
        <w:rPr>
          <w:sz w:val="20"/>
          <w:szCs w:val="20"/>
        </w:rPr>
      </w:pPr>
      <w:r w:rsidRPr="00FA00CF">
        <w:rPr>
          <w:sz w:val="20"/>
          <w:szCs w:val="20"/>
        </w:rPr>
        <w:t>Electrical items such as mobile phones, iPads, laptops and music speakers must not be charged at Hope Park Sports unless the appropriate Portable Appliance Testing (PAT) checks have been completed and approval has been obtained from Hope Park Sports staff.</w:t>
      </w:r>
    </w:p>
    <w:p w14:paraId="1354D83F" w14:textId="77777777" w:rsidR="00755753" w:rsidRPr="00FA00CF" w:rsidRDefault="00306199" w:rsidP="00FA00CF">
      <w:pPr>
        <w:pStyle w:val="Heading2"/>
        <w:rPr>
          <w:sz w:val="24"/>
          <w:szCs w:val="24"/>
        </w:rPr>
      </w:pPr>
      <w:r w:rsidRPr="00FA00CF">
        <w:rPr>
          <w:sz w:val="24"/>
          <w:szCs w:val="24"/>
        </w:rPr>
        <w:t>14. Fire Safety</w:t>
      </w:r>
    </w:p>
    <w:p w14:paraId="38F8A295" w14:textId="77777777" w:rsidR="00755753" w:rsidRPr="00FA00CF" w:rsidRDefault="00306199">
      <w:pPr>
        <w:pStyle w:val="ListBullet"/>
        <w:spacing w:after="60"/>
        <w:rPr>
          <w:sz w:val="20"/>
          <w:szCs w:val="20"/>
        </w:rPr>
      </w:pPr>
      <w:r w:rsidRPr="00FA00CF">
        <w:rPr>
          <w:sz w:val="20"/>
          <w:szCs w:val="20"/>
        </w:rPr>
        <w:t>The fire alarm system is checked regularly. The scheduled test is currently Thursdays between 7.30am and 10.30am.</w:t>
      </w:r>
    </w:p>
    <w:p w14:paraId="358202B9" w14:textId="77777777" w:rsidR="00755753" w:rsidRPr="00FA00CF" w:rsidRDefault="00306199">
      <w:pPr>
        <w:pStyle w:val="ListBullet"/>
        <w:spacing w:after="60"/>
        <w:rPr>
          <w:sz w:val="20"/>
          <w:szCs w:val="20"/>
        </w:rPr>
      </w:pPr>
      <w:r w:rsidRPr="00FA00CF">
        <w:rPr>
          <w:sz w:val="20"/>
          <w:szCs w:val="20"/>
        </w:rPr>
        <w:t xml:space="preserve">During a test, the alarm will sound briefly for no more than 10 seconds. If the alarm continues to sound, it must be treated as a fire </w:t>
      </w:r>
      <w:proofErr w:type="gramStart"/>
      <w:r w:rsidRPr="00FA00CF">
        <w:rPr>
          <w:sz w:val="20"/>
          <w:szCs w:val="20"/>
        </w:rPr>
        <w:t>situation</w:t>
      </w:r>
      <w:proofErr w:type="gramEnd"/>
      <w:r w:rsidRPr="00FA00CF">
        <w:rPr>
          <w:sz w:val="20"/>
          <w:szCs w:val="20"/>
        </w:rPr>
        <w:t xml:space="preserve"> and the building must be evacuated.</w:t>
      </w:r>
    </w:p>
    <w:p w14:paraId="57AF4FD1" w14:textId="77777777" w:rsidR="00755753" w:rsidRPr="00FA00CF" w:rsidRDefault="00306199" w:rsidP="00FA00CF">
      <w:pPr>
        <w:pStyle w:val="Heading2"/>
        <w:rPr>
          <w:sz w:val="24"/>
          <w:szCs w:val="24"/>
        </w:rPr>
      </w:pPr>
      <w:r w:rsidRPr="00FA00CF">
        <w:rPr>
          <w:sz w:val="24"/>
          <w:szCs w:val="24"/>
        </w:rPr>
        <w:t>15. Emergency Evacuation Plans</w:t>
      </w:r>
    </w:p>
    <w:p w14:paraId="7B95F23E" w14:textId="77777777" w:rsidR="00755753" w:rsidRPr="00FA00CF" w:rsidRDefault="00306199">
      <w:pPr>
        <w:pStyle w:val="ListBullet"/>
        <w:spacing w:after="60"/>
        <w:rPr>
          <w:sz w:val="20"/>
          <w:szCs w:val="20"/>
        </w:rPr>
      </w:pPr>
      <w:r w:rsidRPr="00FA00CF">
        <w:rPr>
          <w:sz w:val="20"/>
          <w:szCs w:val="20"/>
        </w:rPr>
        <w:t>Where possible, members should inform the manager or staff on duty if they may have difficulty evacuating an area during a fire alarm.</w:t>
      </w:r>
    </w:p>
    <w:p w14:paraId="427B3540" w14:textId="77777777" w:rsidR="00755753" w:rsidRPr="00FA00CF" w:rsidRDefault="00306199">
      <w:pPr>
        <w:pStyle w:val="ListBullet"/>
        <w:spacing w:after="60"/>
        <w:rPr>
          <w:sz w:val="20"/>
          <w:szCs w:val="20"/>
        </w:rPr>
      </w:pPr>
      <w:r w:rsidRPr="00FA00CF">
        <w:rPr>
          <w:sz w:val="20"/>
          <w:szCs w:val="20"/>
        </w:rPr>
        <w:t xml:space="preserve">This information will be </w:t>
      </w:r>
      <w:proofErr w:type="gramStart"/>
      <w:r w:rsidRPr="00FA00CF">
        <w:rPr>
          <w:sz w:val="20"/>
          <w:szCs w:val="20"/>
        </w:rPr>
        <w:t>passed</w:t>
      </w:r>
      <w:proofErr w:type="gramEnd"/>
      <w:r w:rsidRPr="00FA00CF">
        <w:rPr>
          <w:sz w:val="20"/>
          <w:szCs w:val="20"/>
        </w:rPr>
        <w:t xml:space="preserve"> to Campus Services in the event of an emergency.</w:t>
      </w:r>
    </w:p>
    <w:p w14:paraId="0BB6B47E" w14:textId="77777777" w:rsidR="00755753" w:rsidRPr="00FA00CF" w:rsidRDefault="00306199">
      <w:pPr>
        <w:pStyle w:val="ListBullet"/>
        <w:spacing w:after="60"/>
        <w:rPr>
          <w:sz w:val="20"/>
          <w:szCs w:val="20"/>
        </w:rPr>
      </w:pPr>
      <w:proofErr w:type="gramStart"/>
      <w:r w:rsidRPr="00FA00CF">
        <w:rPr>
          <w:sz w:val="20"/>
          <w:szCs w:val="20"/>
        </w:rPr>
        <w:t>Persons</w:t>
      </w:r>
      <w:proofErr w:type="gramEnd"/>
      <w:r w:rsidRPr="00FA00CF">
        <w:rPr>
          <w:sz w:val="20"/>
          <w:szCs w:val="20"/>
        </w:rPr>
        <w:t xml:space="preserve"> with disabilities who may require assistance to evacuate should contact the Estates Team or event organiser for information relating to a General Emergency Evacuation Plan (GEEP).</w:t>
      </w:r>
    </w:p>
    <w:p w14:paraId="7B36E9E3" w14:textId="77777777" w:rsidR="00755753" w:rsidRPr="00FA00CF" w:rsidRDefault="00306199" w:rsidP="00FA00CF">
      <w:pPr>
        <w:pStyle w:val="Heading2"/>
        <w:rPr>
          <w:sz w:val="24"/>
          <w:szCs w:val="24"/>
        </w:rPr>
      </w:pPr>
      <w:r w:rsidRPr="00FA00CF">
        <w:rPr>
          <w:sz w:val="24"/>
          <w:szCs w:val="24"/>
        </w:rPr>
        <w:t>16. Fire Evacuation Procedures</w:t>
      </w:r>
    </w:p>
    <w:p w14:paraId="04B79870" w14:textId="77777777" w:rsidR="00755753" w:rsidRPr="00FA00CF" w:rsidRDefault="00306199">
      <w:pPr>
        <w:pStyle w:val="ListNumber"/>
        <w:spacing w:after="60"/>
        <w:rPr>
          <w:sz w:val="20"/>
          <w:szCs w:val="20"/>
        </w:rPr>
      </w:pPr>
      <w:r w:rsidRPr="00FA00CF">
        <w:rPr>
          <w:sz w:val="20"/>
          <w:szCs w:val="20"/>
        </w:rPr>
        <w:t>If you discover a fire, raise the alarm using the nearest fire alarm call point.</w:t>
      </w:r>
    </w:p>
    <w:p w14:paraId="125FB49E" w14:textId="77777777" w:rsidR="00755753" w:rsidRPr="00FA00CF" w:rsidRDefault="00306199">
      <w:pPr>
        <w:pStyle w:val="ListNumber"/>
        <w:spacing w:after="60"/>
        <w:rPr>
          <w:sz w:val="20"/>
          <w:szCs w:val="20"/>
        </w:rPr>
      </w:pPr>
      <w:r w:rsidRPr="00FA00CF">
        <w:rPr>
          <w:sz w:val="20"/>
          <w:szCs w:val="20"/>
        </w:rPr>
        <w:t>If the fire alarm activates continuously, evacuate immediately using the nearest safe fire exit.</w:t>
      </w:r>
    </w:p>
    <w:p w14:paraId="7CA0C026" w14:textId="77777777" w:rsidR="00755753" w:rsidRPr="00FA00CF" w:rsidRDefault="00306199">
      <w:pPr>
        <w:pStyle w:val="ListNumber"/>
        <w:spacing w:after="60"/>
        <w:rPr>
          <w:sz w:val="20"/>
          <w:szCs w:val="20"/>
        </w:rPr>
      </w:pPr>
      <w:r w:rsidRPr="00FA00CF">
        <w:rPr>
          <w:sz w:val="20"/>
          <w:szCs w:val="20"/>
        </w:rPr>
        <w:t>Proceed to the nearest designated fire assembly point, as shown on Fire Action notices.</w:t>
      </w:r>
    </w:p>
    <w:p w14:paraId="3DF87F32" w14:textId="77777777" w:rsidR="00755753" w:rsidRPr="00FA00CF" w:rsidRDefault="00306199">
      <w:pPr>
        <w:pStyle w:val="ListNumber"/>
        <w:spacing w:after="60"/>
        <w:rPr>
          <w:sz w:val="20"/>
          <w:szCs w:val="20"/>
        </w:rPr>
      </w:pPr>
      <w:r w:rsidRPr="00FA00CF">
        <w:rPr>
          <w:sz w:val="20"/>
          <w:szCs w:val="20"/>
        </w:rPr>
        <w:t xml:space="preserve">Do not stop </w:t>
      </w:r>
      <w:proofErr w:type="gramStart"/>
      <w:r w:rsidRPr="00FA00CF">
        <w:rPr>
          <w:sz w:val="20"/>
          <w:szCs w:val="20"/>
        </w:rPr>
        <w:t>to collect</w:t>
      </w:r>
      <w:proofErr w:type="gramEnd"/>
      <w:r w:rsidRPr="00FA00CF">
        <w:rPr>
          <w:sz w:val="20"/>
          <w:szCs w:val="20"/>
        </w:rPr>
        <w:t xml:space="preserve"> personal belongings.</w:t>
      </w:r>
    </w:p>
    <w:p w14:paraId="013471B7" w14:textId="77777777" w:rsidR="00755753" w:rsidRPr="00FA00CF" w:rsidRDefault="00306199">
      <w:pPr>
        <w:pStyle w:val="ListNumber"/>
        <w:spacing w:after="60"/>
        <w:rPr>
          <w:sz w:val="20"/>
        </w:rPr>
      </w:pPr>
      <w:r w:rsidRPr="00FA00CF">
        <w:rPr>
          <w:sz w:val="20"/>
        </w:rPr>
        <w:t>Do not use lifts as a means of escape.</w:t>
      </w:r>
    </w:p>
    <w:p w14:paraId="53FB3712" w14:textId="77777777" w:rsidR="00755753" w:rsidRPr="00FA00CF" w:rsidRDefault="00306199" w:rsidP="00FA00CF">
      <w:pPr>
        <w:pStyle w:val="Heading2"/>
        <w:rPr>
          <w:sz w:val="24"/>
          <w:szCs w:val="24"/>
        </w:rPr>
      </w:pPr>
      <w:r w:rsidRPr="00FA00CF">
        <w:rPr>
          <w:sz w:val="24"/>
          <w:szCs w:val="24"/>
        </w:rPr>
        <w:lastRenderedPageBreak/>
        <w:t>17. Medical Emergencies</w:t>
      </w:r>
    </w:p>
    <w:p w14:paraId="677C9337" w14:textId="77777777" w:rsidR="00755753" w:rsidRPr="00FA00CF" w:rsidRDefault="00306199">
      <w:pPr>
        <w:pStyle w:val="ListBullet"/>
        <w:spacing w:after="60"/>
        <w:rPr>
          <w:sz w:val="20"/>
          <w:szCs w:val="20"/>
        </w:rPr>
      </w:pPr>
      <w:r w:rsidRPr="00FA00CF">
        <w:rPr>
          <w:sz w:val="20"/>
          <w:szCs w:val="20"/>
        </w:rPr>
        <w:t xml:space="preserve">Hope Park Sports has first-aid-qualified staff and there will be at least one qualified first aider on duty during opening hours. Campus Services also has </w:t>
      </w:r>
      <w:proofErr w:type="gramStart"/>
      <w:r w:rsidRPr="00FA00CF">
        <w:rPr>
          <w:sz w:val="20"/>
          <w:szCs w:val="20"/>
        </w:rPr>
        <w:t>additional</w:t>
      </w:r>
      <w:proofErr w:type="gramEnd"/>
      <w:r w:rsidRPr="00FA00CF">
        <w:rPr>
          <w:sz w:val="20"/>
          <w:szCs w:val="20"/>
        </w:rPr>
        <w:t xml:space="preserve"> qualified first aiders.</w:t>
      </w:r>
    </w:p>
    <w:p w14:paraId="31289CF1" w14:textId="77777777" w:rsidR="00755753" w:rsidRPr="00FA00CF" w:rsidRDefault="00306199">
      <w:pPr>
        <w:pStyle w:val="ListBullet"/>
        <w:spacing w:after="60"/>
        <w:rPr>
          <w:sz w:val="20"/>
          <w:szCs w:val="20"/>
        </w:rPr>
      </w:pPr>
      <w:r w:rsidRPr="00FA00CF">
        <w:rPr>
          <w:sz w:val="20"/>
          <w:szCs w:val="20"/>
        </w:rPr>
        <w:t>If you require first aid, notify a member of Hope Park Sports staff. If staff are unavailable, contact Campus Operatives using the telephone number provided in the Key Contact Details section.</w:t>
      </w:r>
    </w:p>
    <w:p w14:paraId="7E199BF8" w14:textId="77777777" w:rsidR="00755753" w:rsidRPr="00FA00CF" w:rsidRDefault="00306199">
      <w:pPr>
        <w:pStyle w:val="ListBullet"/>
        <w:spacing w:after="60"/>
        <w:rPr>
          <w:sz w:val="20"/>
          <w:szCs w:val="20"/>
        </w:rPr>
      </w:pPr>
      <w:r w:rsidRPr="00FA00CF">
        <w:rPr>
          <w:sz w:val="20"/>
          <w:szCs w:val="20"/>
        </w:rPr>
        <w:t>Hope Park Sports staff and/or Campus Services will attend and arrange the appropriate procedures, including arranging an ambulance where necessary and completing a University Accident Report Form.</w:t>
      </w:r>
    </w:p>
    <w:p w14:paraId="378171CE" w14:textId="77777777" w:rsidR="00755753" w:rsidRPr="00FA00CF" w:rsidRDefault="00306199" w:rsidP="00FA00CF">
      <w:pPr>
        <w:pStyle w:val="Heading2"/>
        <w:rPr>
          <w:sz w:val="24"/>
          <w:szCs w:val="24"/>
        </w:rPr>
      </w:pPr>
      <w:r w:rsidRPr="00FA00CF">
        <w:rPr>
          <w:sz w:val="24"/>
          <w:szCs w:val="24"/>
        </w:rPr>
        <w:t>18. Food &amp; Drink</w:t>
      </w:r>
    </w:p>
    <w:p w14:paraId="7BF7B749" w14:textId="4D11A5F5" w:rsidR="00755753" w:rsidRPr="00FA00CF" w:rsidRDefault="00306199">
      <w:pPr>
        <w:pStyle w:val="ListBullet"/>
        <w:spacing w:after="60"/>
        <w:rPr>
          <w:sz w:val="20"/>
          <w:szCs w:val="20"/>
        </w:rPr>
      </w:pPr>
      <w:r w:rsidRPr="00FA00CF">
        <w:rPr>
          <w:sz w:val="20"/>
          <w:szCs w:val="20"/>
        </w:rPr>
        <w:t>The café on the first floor of Hope Park Sports operates during term time. Opening times may vary and members should refer to current centre information.</w:t>
      </w:r>
    </w:p>
    <w:p w14:paraId="693F6859" w14:textId="77777777" w:rsidR="00755753" w:rsidRPr="00FA00CF" w:rsidRDefault="00306199">
      <w:pPr>
        <w:pStyle w:val="ListBullet"/>
        <w:spacing w:after="60"/>
        <w:rPr>
          <w:sz w:val="20"/>
          <w:szCs w:val="20"/>
        </w:rPr>
      </w:pPr>
      <w:r w:rsidRPr="00FA00CF">
        <w:rPr>
          <w:sz w:val="20"/>
          <w:szCs w:val="20"/>
        </w:rPr>
        <w:t>Food must not be consumed in the sports facilities, Fitness Suite or playing areas.</w:t>
      </w:r>
    </w:p>
    <w:p w14:paraId="40930FD9" w14:textId="77777777" w:rsidR="00755753" w:rsidRPr="00FA00CF" w:rsidRDefault="00306199">
      <w:pPr>
        <w:pStyle w:val="ListBullet"/>
        <w:spacing w:after="60"/>
        <w:rPr>
          <w:sz w:val="20"/>
          <w:szCs w:val="20"/>
        </w:rPr>
      </w:pPr>
      <w:r w:rsidRPr="00FA00CF">
        <w:rPr>
          <w:sz w:val="20"/>
          <w:szCs w:val="20"/>
        </w:rPr>
        <w:t>Drinks may be taken into playing areas provided they are in a suitable sports drink container.</w:t>
      </w:r>
    </w:p>
    <w:p w14:paraId="64D3D8CA" w14:textId="77777777" w:rsidR="00755753" w:rsidRPr="00FA00CF" w:rsidRDefault="00306199">
      <w:pPr>
        <w:pStyle w:val="ListBullet"/>
        <w:spacing w:after="60"/>
        <w:rPr>
          <w:sz w:val="20"/>
          <w:szCs w:val="20"/>
        </w:rPr>
      </w:pPr>
      <w:r w:rsidRPr="00FA00CF">
        <w:rPr>
          <w:sz w:val="20"/>
          <w:szCs w:val="20"/>
        </w:rPr>
        <w:t xml:space="preserve">Hot drinks and protein shakes must not be taken into the Fitness Suite as </w:t>
      </w:r>
      <w:proofErr w:type="gramStart"/>
      <w:r w:rsidRPr="00FA00CF">
        <w:rPr>
          <w:sz w:val="20"/>
          <w:szCs w:val="20"/>
        </w:rPr>
        <w:t>spillages</w:t>
      </w:r>
      <w:proofErr w:type="gramEnd"/>
      <w:r w:rsidRPr="00FA00CF">
        <w:rPr>
          <w:sz w:val="20"/>
          <w:szCs w:val="20"/>
        </w:rPr>
        <w:t xml:space="preserve"> can cause stains </w:t>
      </w:r>
      <w:proofErr w:type="gramStart"/>
      <w:r w:rsidRPr="00FA00CF">
        <w:rPr>
          <w:sz w:val="20"/>
          <w:szCs w:val="20"/>
        </w:rPr>
        <w:t>to</w:t>
      </w:r>
      <w:proofErr w:type="gramEnd"/>
      <w:r w:rsidRPr="00FA00CF">
        <w:rPr>
          <w:sz w:val="20"/>
          <w:szCs w:val="20"/>
        </w:rPr>
        <w:t xml:space="preserve"> the carpeted floor.</w:t>
      </w:r>
    </w:p>
    <w:p w14:paraId="2E3098DF" w14:textId="77777777" w:rsidR="00755753" w:rsidRPr="00FA00CF" w:rsidRDefault="00306199">
      <w:pPr>
        <w:pStyle w:val="ListBullet"/>
        <w:spacing w:after="60"/>
        <w:rPr>
          <w:sz w:val="20"/>
          <w:szCs w:val="20"/>
        </w:rPr>
      </w:pPr>
      <w:r w:rsidRPr="00FA00CF">
        <w:rPr>
          <w:sz w:val="20"/>
          <w:szCs w:val="20"/>
        </w:rPr>
        <w:t>Alcoholic drinks are not permitted in any area of the sports facilities at any time. Alcohol found on the premises may be confiscated and the person(s) involved may be asked to leave.</w:t>
      </w:r>
    </w:p>
    <w:p w14:paraId="19657489" w14:textId="77777777" w:rsidR="00755753" w:rsidRPr="00FA00CF" w:rsidRDefault="00306199" w:rsidP="00FA00CF">
      <w:pPr>
        <w:pStyle w:val="Heading2"/>
        <w:rPr>
          <w:sz w:val="24"/>
          <w:szCs w:val="24"/>
        </w:rPr>
      </w:pPr>
      <w:r w:rsidRPr="00FA00CF">
        <w:rPr>
          <w:sz w:val="24"/>
          <w:szCs w:val="24"/>
        </w:rPr>
        <w:t>19. Housekeeping</w:t>
      </w:r>
    </w:p>
    <w:p w14:paraId="64347738" w14:textId="77777777" w:rsidR="00755753" w:rsidRPr="00FA00CF" w:rsidRDefault="00306199">
      <w:pPr>
        <w:pStyle w:val="ListBullet"/>
        <w:spacing w:after="60"/>
        <w:rPr>
          <w:sz w:val="20"/>
          <w:szCs w:val="20"/>
        </w:rPr>
      </w:pPr>
      <w:r w:rsidRPr="00FA00CF">
        <w:rPr>
          <w:sz w:val="20"/>
          <w:szCs w:val="20"/>
        </w:rPr>
        <w:t>All rubbish must be placed in the bins provided.</w:t>
      </w:r>
    </w:p>
    <w:p w14:paraId="4BCE9C2D" w14:textId="77777777" w:rsidR="00755753" w:rsidRPr="00FA00CF" w:rsidRDefault="00306199">
      <w:pPr>
        <w:pStyle w:val="ListBullet"/>
        <w:spacing w:after="60"/>
        <w:rPr>
          <w:sz w:val="20"/>
          <w:szCs w:val="20"/>
        </w:rPr>
      </w:pPr>
      <w:r w:rsidRPr="00FA00CF">
        <w:rPr>
          <w:sz w:val="20"/>
          <w:szCs w:val="20"/>
        </w:rPr>
        <w:t>Please empty water bottles of liquid before placing them in bins.</w:t>
      </w:r>
    </w:p>
    <w:p w14:paraId="504A355A" w14:textId="77777777" w:rsidR="00755753" w:rsidRPr="00FA00CF" w:rsidRDefault="00306199">
      <w:pPr>
        <w:pStyle w:val="ListBullet"/>
        <w:spacing w:after="60"/>
        <w:rPr>
          <w:sz w:val="20"/>
          <w:szCs w:val="20"/>
        </w:rPr>
      </w:pPr>
      <w:r w:rsidRPr="00FA00CF">
        <w:rPr>
          <w:sz w:val="20"/>
          <w:szCs w:val="20"/>
        </w:rPr>
        <w:t>Any spillages must be reported to Hope Park Sports staff immediately.</w:t>
      </w:r>
    </w:p>
    <w:p w14:paraId="49ED90B7" w14:textId="77777777" w:rsidR="00755753" w:rsidRPr="00FA00CF" w:rsidRDefault="00306199">
      <w:pPr>
        <w:pStyle w:val="ListBullet"/>
        <w:spacing w:after="60"/>
        <w:rPr>
          <w:sz w:val="20"/>
          <w:szCs w:val="20"/>
        </w:rPr>
      </w:pPr>
      <w:r w:rsidRPr="00FA00CF">
        <w:rPr>
          <w:sz w:val="20"/>
          <w:szCs w:val="20"/>
        </w:rPr>
        <w:t>Members are expected to leave facilities, equipment and changing areas tidy and ready for the next user.</w:t>
      </w:r>
    </w:p>
    <w:p w14:paraId="39D5A036" w14:textId="77777777" w:rsidR="00755753" w:rsidRPr="00FA00CF" w:rsidRDefault="00306199" w:rsidP="00FA00CF">
      <w:pPr>
        <w:pStyle w:val="Heading2"/>
        <w:rPr>
          <w:sz w:val="24"/>
          <w:szCs w:val="24"/>
        </w:rPr>
      </w:pPr>
      <w:r w:rsidRPr="00FA00CF">
        <w:rPr>
          <w:sz w:val="24"/>
          <w:szCs w:val="24"/>
        </w:rPr>
        <w:t>20. Behaviour &amp; Conduct</w:t>
      </w:r>
    </w:p>
    <w:p w14:paraId="53700864" w14:textId="77777777" w:rsidR="00755753" w:rsidRPr="00FA00CF" w:rsidRDefault="00306199">
      <w:pPr>
        <w:rPr>
          <w:sz w:val="20"/>
          <w:szCs w:val="20"/>
        </w:rPr>
      </w:pPr>
      <w:r w:rsidRPr="00FA00CF">
        <w:rPr>
          <w:sz w:val="20"/>
          <w:szCs w:val="20"/>
        </w:rPr>
        <w:t>Hope Park Sports respects the rights of its customers and staff and expects everyone using the facilities to behave in a respectful and appropriate manner.</w:t>
      </w:r>
    </w:p>
    <w:p w14:paraId="0BFEB6D4" w14:textId="77777777" w:rsidR="00755753" w:rsidRPr="00FA00CF" w:rsidRDefault="00306199">
      <w:pPr>
        <w:rPr>
          <w:sz w:val="20"/>
          <w:szCs w:val="20"/>
        </w:rPr>
      </w:pPr>
      <w:r w:rsidRPr="00FA00CF">
        <w:rPr>
          <w:sz w:val="20"/>
          <w:szCs w:val="20"/>
        </w:rPr>
        <w:t>The following behaviour will not be tolerated:</w:t>
      </w:r>
    </w:p>
    <w:p w14:paraId="45B895F8" w14:textId="77777777" w:rsidR="00755753" w:rsidRPr="00FA00CF" w:rsidRDefault="00306199">
      <w:pPr>
        <w:pStyle w:val="ListBullet"/>
        <w:spacing w:after="60"/>
        <w:rPr>
          <w:sz w:val="20"/>
          <w:szCs w:val="20"/>
        </w:rPr>
      </w:pPr>
      <w:r w:rsidRPr="00FA00CF">
        <w:rPr>
          <w:sz w:val="20"/>
          <w:szCs w:val="20"/>
        </w:rPr>
        <w:t>Inappropriate or offensive language.</w:t>
      </w:r>
    </w:p>
    <w:p w14:paraId="555E1259" w14:textId="77777777" w:rsidR="00755753" w:rsidRPr="00FA00CF" w:rsidRDefault="00306199">
      <w:pPr>
        <w:pStyle w:val="ListBullet"/>
        <w:spacing w:after="60"/>
        <w:rPr>
          <w:sz w:val="20"/>
          <w:szCs w:val="20"/>
        </w:rPr>
      </w:pPr>
      <w:r w:rsidRPr="00FA00CF">
        <w:rPr>
          <w:sz w:val="20"/>
          <w:szCs w:val="20"/>
        </w:rPr>
        <w:t>Violent, abusive or intimidating behaviour.</w:t>
      </w:r>
    </w:p>
    <w:p w14:paraId="14F2D692" w14:textId="77777777" w:rsidR="00755753" w:rsidRPr="00FA00CF" w:rsidRDefault="00306199">
      <w:pPr>
        <w:pStyle w:val="ListBullet"/>
        <w:spacing w:after="60"/>
        <w:rPr>
          <w:sz w:val="20"/>
          <w:szCs w:val="20"/>
        </w:rPr>
      </w:pPr>
      <w:r w:rsidRPr="00FA00CF">
        <w:rPr>
          <w:sz w:val="20"/>
          <w:szCs w:val="20"/>
        </w:rPr>
        <w:t>Discrimination against anyone because of age, gender, disability, culture, racial origin or religious belief.</w:t>
      </w:r>
    </w:p>
    <w:p w14:paraId="431E6AA4" w14:textId="77777777" w:rsidR="00755753" w:rsidRPr="00FA00CF" w:rsidRDefault="00306199">
      <w:pPr>
        <w:pStyle w:val="ListBullet"/>
        <w:spacing w:after="60"/>
        <w:rPr>
          <w:sz w:val="20"/>
          <w:szCs w:val="20"/>
        </w:rPr>
      </w:pPr>
      <w:r w:rsidRPr="00FA00CF">
        <w:rPr>
          <w:sz w:val="20"/>
          <w:szCs w:val="20"/>
        </w:rPr>
        <w:t>Smoking or vaping except in designated smoking/vaping areas.</w:t>
      </w:r>
    </w:p>
    <w:p w14:paraId="00EDF9FC" w14:textId="77777777" w:rsidR="00755753" w:rsidRPr="00FA00CF" w:rsidRDefault="00306199">
      <w:pPr>
        <w:pStyle w:val="ListBullet"/>
        <w:spacing w:after="60"/>
        <w:rPr>
          <w:sz w:val="20"/>
          <w:szCs w:val="20"/>
        </w:rPr>
      </w:pPr>
      <w:r w:rsidRPr="00FA00CF">
        <w:rPr>
          <w:sz w:val="20"/>
          <w:szCs w:val="20"/>
        </w:rPr>
        <w:t>Consumption of alcohol or drugs on the premises.</w:t>
      </w:r>
    </w:p>
    <w:p w14:paraId="449BFB4F" w14:textId="77777777" w:rsidR="00755753" w:rsidRPr="00FA00CF" w:rsidRDefault="00306199">
      <w:pPr>
        <w:pStyle w:val="ListBullet"/>
        <w:spacing w:after="60"/>
        <w:rPr>
          <w:sz w:val="20"/>
          <w:szCs w:val="20"/>
        </w:rPr>
      </w:pPr>
      <w:r w:rsidRPr="00FA00CF">
        <w:rPr>
          <w:sz w:val="20"/>
          <w:szCs w:val="20"/>
        </w:rPr>
        <w:t>Misuse of equipment or facilities.</w:t>
      </w:r>
    </w:p>
    <w:p w14:paraId="2F04D979" w14:textId="77777777" w:rsidR="00755753" w:rsidRPr="00FA00CF" w:rsidRDefault="00306199">
      <w:pPr>
        <w:pStyle w:val="ListBullet"/>
        <w:spacing w:after="60"/>
        <w:rPr>
          <w:sz w:val="20"/>
          <w:szCs w:val="20"/>
        </w:rPr>
      </w:pPr>
      <w:r w:rsidRPr="00FA00CF">
        <w:rPr>
          <w:sz w:val="20"/>
          <w:szCs w:val="20"/>
        </w:rPr>
        <w:t>Any behaviour that places other customers, staff or visitors at unnecessary risk.</w:t>
      </w:r>
    </w:p>
    <w:p w14:paraId="6817B8BE" w14:textId="77777777" w:rsidR="00755753" w:rsidRPr="00FA00CF" w:rsidRDefault="00306199">
      <w:pPr>
        <w:pStyle w:val="ListBullet"/>
        <w:spacing w:after="60"/>
        <w:rPr>
          <w:sz w:val="20"/>
          <w:szCs w:val="20"/>
        </w:rPr>
      </w:pPr>
      <w:r w:rsidRPr="00FA00CF">
        <w:rPr>
          <w:sz w:val="20"/>
          <w:szCs w:val="20"/>
        </w:rPr>
        <w:t xml:space="preserve">Taking photographs or videos of other </w:t>
      </w:r>
      <w:proofErr w:type="gramStart"/>
      <w:r w:rsidRPr="00FA00CF">
        <w:rPr>
          <w:sz w:val="20"/>
          <w:szCs w:val="20"/>
        </w:rPr>
        <w:t>people within</w:t>
      </w:r>
      <w:proofErr w:type="gramEnd"/>
      <w:r w:rsidRPr="00FA00CF">
        <w:rPr>
          <w:sz w:val="20"/>
          <w:szCs w:val="20"/>
        </w:rPr>
        <w:t xml:space="preserve"> Hope Park Sports facilities.</w:t>
      </w:r>
    </w:p>
    <w:p w14:paraId="71173D4B" w14:textId="77777777" w:rsidR="00755753" w:rsidRPr="00FA00CF" w:rsidRDefault="00306199">
      <w:pPr>
        <w:rPr>
          <w:sz w:val="20"/>
          <w:szCs w:val="20"/>
        </w:rPr>
      </w:pPr>
      <w:r w:rsidRPr="00FA00CF">
        <w:rPr>
          <w:b/>
          <w:sz w:val="20"/>
          <w:szCs w:val="20"/>
        </w:rPr>
        <w:t xml:space="preserve">Unacceptable behaviour: </w:t>
      </w:r>
      <w:r w:rsidRPr="00FA00CF">
        <w:rPr>
          <w:sz w:val="20"/>
          <w:szCs w:val="20"/>
        </w:rPr>
        <w:t>Persons exhibiting unacceptable behaviour may be asked to leave the premises and may be subject to further action, including prosecution where appropriate. CCTV cameras are in operation within the facility for safety and security purposes.</w:t>
      </w:r>
    </w:p>
    <w:p w14:paraId="23975225" w14:textId="77777777" w:rsidR="00755753" w:rsidRPr="00FA00CF" w:rsidRDefault="00306199" w:rsidP="00FA00CF">
      <w:pPr>
        <w:pStyle w:val="Heading2"/>
        <w:rPr>
          <w:sz w:val="24"/>
          <w:szCs w:val="24"/>
        </w:rPr>
      </w:pPr>
      <w:r w:rsidRPr="00FA00CF">
        <w:rPr>
          <w:sz w:val="24"/>
          <w:szCs w:val="24"/>
        </w:rPr>
        <w:t>21. Disciplinary Procedures</w:t>
      </w:r>
    </w:p>
    <w:p w14:paraId="7F371E7E" w14:textId="77777777" w:rsidR="00755753" w:rsidRPr="00CD14CA" w:rsidRDefault="00306199">
      <w:pPr>
        <w:rPr>
          <w:sz w:val="20"/>
          <w:szCs w:val="20"/>
        </w:rPr>
      </w:pPr>
      <w:r w:rsidRPr="00CD14CA">
        <w:rPr>
          <w:sz w:val="20"/>
          <w:szCs w:val="20"/>
        </w:rPr>
        <w:t>Hope Park Sports does not tolerate disrespectful or unacceptable behaviour. Where a member does not comply with these Rules &amp; Regulations, health and safety procedures, or applicable codes of conduct, appropriate disciplinary action may be taken.</w:t>
      </w:r>
    </w:p>
    <w:p w14:paraId="0099CBCD" w14:textId="77777777" w:rsidR="00755753" w:rsidRPr="00FA00CF" w:rsidRDefault="00306199">
      <w:pPr>
        <w:pStyle w:val="ListBullet"/>
        <w:spacing w:after="60"/>
        <w:rPr>
          <w:sz w:val="20"/>
          <w:szCs w:val="20"/>
        </w:rPr>
      </w:pPr>
      <w:r w:rsidRPr="00FA00CF">
        <w:rPr>
          <w:sz w:val="20"/>
          <w:szCs w:val="20"/>
        </w:rPr>
        <w:t>Depending on the circumstances, action may include being asked to leave the facility, stopping a session or booking, temporary suspension of membership, or permanent suspension.</w:t>
      </w:r>
    </w:p>
    <w:p w14:paraId="272C2D0C" w14:textId="77777777" w:rsidR="00755753" w:rsidRPr="00FA00CF" w:rsidRDefault="00306199">
      <w:pPr>
        <w:pStyle w:val="ListBullet"/>
        <w:spacing w:after="60"/>
        <w:rPr>
          <w:sz w:val="20"/>
          <w:szCs w:val="20"/>
        </w:rPr>
      </w:pPr>
      <w:r w:rsidRPr="00FA00CF">
        <w:rPr>
          <w:sz w:val="20"/>
          <w:szCs w:val="20"/>
        </w:rPr>
        <w:t>Where a fine is applicable for a late cancellation or other charge, membership may be suspended until the fine is paid.</w:t>
      </w:r>
    </w:p>
    <w:p w14:paraId="64C8FA54" w14:textId="77777777" w:rsidR="00755753" w:rsidRPr="00FA00CF" w:rsidRDefault="00306199">
      <w:pPr>
        <w:pStyle w:val="ListBullet"/>
        <w:spacing w:after="60"/>
        <w:rPr>
          <w:sz w:val="20"/>
          <w:szCs w:val="20"/>
        </w:rPr>
      </w:pPr>
      <w:r w:rsidRPr="00FA00CF">
        <w:rPr>
          <w:sz w:val="20"/>
          <w:szCs w:val="20"/>
        </w:rPr>
        <w:lastRenderedPageBreak/>
        <w:t>Any suspension or termination of membership will be managed in accordance with the relevant membership T&amp;Cs and University procedures.</w:t>
      </w:r>
    </w:p>
    <w:p w14:paraId="0D384D1C" w14:textId="77777777" w:rsidR="00755753" w:rsidRPr="00FA00CF" w:rsidRDefault="00306199" w:rsidP="00FA00CF">
      <w:pPr>
        <w:pStyle w:val="Heading2"/>
        <w:rPr>
          <w:sz w:val="24"/>
          <w:szCs w:val="24"/>
        </w:rPr>
      </w:pPr>
      <w:r w:rsidRPr="00FA00CF">
        <w:rPr>
          <w:sz w:val="24"/>
          <w:szCs w:val="24"/>
        </w:rPr>
        <w:t>22. Key Contact Details</w:t>
      </w:r>
    </w:p>
    <w:tbl>
      <w:tblPr>
        <w:tblStyle w:val="TableGrid"/>
        <w:tblW w:w="0" w:type="auto"/>
        <w:tblLook w:val="04A0" w:firstRow="1" w:lastRow="0" w:firstColumn="1" w:lastColumn="0" w:noHBand="0" w:noVBand="1"/>
      </w:tblPr>
      <w:tblGrid>
        <w:gridCol w:w="4963"/>
        <w:gridCol w:w="4963"/>
      </w:tblGrid>
      <w:tr w:rsidR="00755753" w14:paraId="5188C96B" w14:textId="77777777">
        <w:tc>
          <w:tcPr>
            <w:tcW w:w="4968" w:type="dxa"/>
            <w:shd w:val="clear" w:color="auto" w:fill="D9E2F3"/>
            <w:vAlign w:val="center"/>
          </w:tcPr>
          <w:p w14:paraId="43F2EC36" w14:textId="77777777" w:rsidR="00755753" w:rsidRDefault="00306199">
            <w:r>
              <w:rPr>
                <w:b/>
                <w:sz w:val="19"/>
              </w:rPr>
              <w:t>Contact</w:t>
            </w:r>
          </w:p>
        </w:tc>
        <w:tc>
          <w:tcPr>
            <w:tcW w:w="4968" w:type="dxa"/>
            <w:shd w:val="clear" w:color="auto" w:fill="D9E2F3"/>
            <w:vAlign w:val="center"/>
          </w:tcPr>
          <w:p w14:paraId="595CA091" w14:textId="77777777" w:rsidR="00755753" w:rsidRDefault="00306199">
            <w:r>
              <w:rPr>
                <w:b/>
                <w:sz w:val="19"/>
              </w:rPr>
              <w:t>Telephone</w:t>
            </w:r>
          </w:p>
        </w:tc>
      </w:tr>
      <w:tr w:rsidR="00755753" w14:paraId="4BD74AC0" w14:textId="77777777">
        <w:tc>
          <w:tcPr>
            <w:tcW w:w="4968" w:type="dxa"/>
            <w:vAlign w:val="center"/>
          </w:tcPr>
          <w:p w14:paraId="07A3F98C" w14:textId="77777777" w:rsidR="00755753" w:rsidRDefault="00306199">
            <w:r>
              <w:rPr>
                <w:sz w:val="19"/>
              </w:rPr>
              <w:t>Hope Park Sports Main Reception</w:t>
            </w:r>
          </w:p>
        </w:tc>
        <w:tc>
          <w:tcPr>
            <w:tcW w:w="4968" w:type="dxa"/>
            <w:vAlign w:val="center"/>
          </w:tcPr>
          <w:p w14:paraId="38A92403" w14:textId="77777777" w:rsidR="00755753" w:rsidRDefault="00306199">
            <w:r>
              <w:rPr>
                <w:sz w:val="19"/>
              </w:rPr>
              <w:t>0151 291 2911</w:t>
            </w:r>
          </w:p>
        </w:tc>
      </w:tr>
      <w:tr w:rsidR="00755753" w14:paraId="5109543B" w14:textId="77777777">
        <w:tc>
          <w:tcPr>
            <w:tcW w:w="4968" w:type="dxa"/>
            <w:vAlign w:val="center"/>
          </w:tcPr>
          <w:p w14:paraId="1D5B826A" w14:textId="77777777" w:rsidR="00755753" w:rsidRDefault="00306199">
            <w:r>
              <w:rPr>
                <w:sz w:val="19"/>
              </w:rPr>
              <w:t>Campus Services</w:t>
            </w:r>
          </w:p>
        </w:tc>
        <w:tc>
          <w:tcPr>
            <w:tcW w:w="4968" w:type="dxa"/>
            <w:vAlign w:val="center"/>
          </w:tcPr>
          <w:p w14:paraId="5AA6EE1A" w14:textId="77777777" w:rsidR="00755753" w:rsidRDefault="00306199">
            <w:r>
              <w:rPr>
                <w:sz w:val="19"/>
              </w:rPr>
              <w:t>0151 291 3800</w:t>
            </w:r>
          </w:p>
        </w:tc>
      </w:tr>
    </w:tbl>
    <w:p w14:paraId="6DF12DC7" w14:textId="77777777" w:rsidR="00755753" w:rsidRDefault="00755753"/>
    <w:p w14:paraId="58761D08" w14:textId="77777777" w:rsidR="00755753" w:rsidRDefault="00306199">
      <w:pPr>
        <w:jc w:val="center"/>
      </w:pPr>
      <w:r>
        <w:rPr>
          <w:b/>
          <w:sz w:val="20"/>
        </w:rPr>
        <w:t>Hope Park Sports • Liverpool Hope University</w:t>
      </w:r>
    </w:p>
    <w:sectPr w:rsidR="00755753"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D4881" w14:textId="77777777" w:rsidR="00306199" w:rsidRDefault="00306199">
      <w:pPr>
        <w:spacing w:after="0" w:line="240" w:lineRule="auto"/>
      </w:pPr>
      <w:r>
        <w:separator/>
      </w:r>
    </w:p>
  </w:endnote>
  <w:endnote w:type="continuationSeparator" w:id="0">
    <w:p w14:paraId="3AD82E7A" w14:textId="77777777" w:rsidR="00306199" w:rsidRDefault="00306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5BF2" w14:textId="77777777" w:rsidR="00755753" w:rsidRDefault="00306199">
    <w:pPr>
      <w:pStyle w:val="Footer"/>
      <w:jc w:val="center"/>
    </w:pPr>
    <w:r>
      <w:rPr>
        <w:sz w:val="16"/>
      </w:rPr>
      <w:t xml:space="preserve">Hope Park Sports Membership Rules &amp; </w:t>
    </w:r>
    <w:proofErr w:type="gramStart"/>
    <w:r>
      <w:rPr>
        <w:sz w:val="16"/>
      </w:rPr>
      <w:t>Regulations  |</w:t>
    </w:r>
    <w:proofErr w:type="gramEnd"/>
    <w:r>
      <w:rPr>
        <w:sz w:val="16"/>
      </w:rPr>
      <w:t xml:space="preserve">  </w:t>
    </w:r>
    <w:r>
      <w:fldChar w:fldCharType="begin"/>
    </w:r>
    <w:r>
      <w:instrText>PAGE</w:instrText>
    </w:r>
    <w:r>
      <w:fldChar w:fldCharType="separate"/>
    </w:r>
    <w:r w:rsidR="00FA00C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B3EBB" w14:textId="77777777" w:rsidR="00306199" w:rsidRDefault="00306199">
      <w:pPr>
        <w:spacing w:after="0" w:line="240" w:lineRule="auto"/>
      </w:pPr>
      <w:r>
        <w:separator/>
      </w:r>
    </w:p>
  </w:footnote>
  <w:footnote w:type="continuationSeparator" w:id="0">
    <w:p w14:paraId="641313E8" w14:textId="77777777" w:rsidR="00306199" w:rsidRDefault="00306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1868" w14:textId="1A4C141B" w:rsidR="00FA00CF" w:rsidRDefault="00FA00CF" w:rsidP="00FA00CF">
    <w:pPr>
      <w:pStyle w:val="Header"/>
      <w:jc w:val="center"/>
    </w:pPr>
    <w:r>
      <w:rPr>
        <w:rStyle w:val="normaltextrun"/>
        <w:rFonts w:cs="Arial"/>
        <w:color w:val="003366"/>
        <w:sz w:val="20"/>
        <w:szCs w:val="20"/>
        <w:shd w:val="clear" w:color="auto" w:fill="FFFFFF"/>
      </w:rPr>
      <w:t>Liverpool Hope University – Hope Park Sports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2346898">
    <w:abstractNumId w:val="8"/>
  </w:num>
  <w:num w:numId="2" w16cid:durableId="1531187899">
    <w:abstractNumId w:val="6"/>
  </w:num>
  <w:num w:numId="3" w16cid:durableId="805514803">
    <w:abstractNumId w:val="5"/>
  </w:num>
  <w:num w:numId="4" w16cid:durableId="1169710360">
    <w:abstractNumId w:val="4"/>
  </w:num>
  <w:num w:numId="5" w16cid:durableId="733937666">
    <w:abstractNumId w:val="7"/>
  </w:num>
  <w:num w:numId="6" w16cid:durableId="499808883">
    <w:abstractNumId w:val="3"/>
  </w:num>
  <w:num w:numId="7" w16cid:durableId="822085852">
    <w:abstractNumId w:val="2"/>
  </w:num>
  <w:num w:numId="8" w16cid:durableId="719594416">
    <w:abstractNumId w:val="1"/>
  </w:num>
  <w:num w:numId="9" w16cid:durableId="1128664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06199"/>
    <w:rsid w:val="00326F90"/>
    <w:rsid w:val="00563653"/>
    <w:rsid w:val="005A30A9"/>
    <w:rsid w:val="005B23BD"/>
    <w:rsid w:val="00755753"/>
    <w:rsid w:val="00A07EC6"/>
    <w:rsid w:val="00A8071F"/>
    <w:rsid w:val="00AA1D8D"/>
    <w:rsid w:val="00B47730"/>
    <w:rsid w:val="00CB0664"/>
    <w:rsid w:val="00CD14CA"/>
    <w:rsid w:val="00D53FDF"/>
    <w:rsid w:val="00DD6C03"/>
    <w:rsid w:val="00EB0229"/>
    <w:rsid w:val="00F70644"/>
    <w:rsid w:val="00FA00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4D7019"/>
  <w14:defaultImageDpi w14:val="300"/>
  <w15:docId w15:val="{1A03DDE6-5167-49E5-AE1A-CC1A32A5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rmaltextrun">
    <w:name w:val="normaltextrun"/>
    <w:basedOn w:val="DefaultParagraphFont"/>
    <w:rsid w:val="00FA00CF"/>
  </w:style>
  <w:style w:type="character" w:customStyle="1" w:styleId="eop">
    <w:name w:val="eop"/>
    <w:basedOn w:val="DefaultParagraphFont"/>
    <w:rsid w:val="00FA00CF"/>
  </w:style>
  <w:style w:type="paragraph" w:customStyle="1" w:styleId="paragraph">
    <w:name w:val="paragraph"/>
    <w:basedOn w:val="Normal"/>
    <w:rsid w:val="00FA00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cxw23320364">
    <w:name w:val="scxw23320364"/>
    <w:basedOn w:val="DefaultParagraphFont"/>
    <w:rsid w:val="00FA0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2320</Words>
  <Characters>13228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Michelle Gilmurray</cp:lastModifiedBy>
  <cp:revision>2</cp:revision>
  <dcterms:created xsi:type="dcterms:W3CDTF">2026-09-07T09:47:00Z</dcterms:created>
  <dcterms:modified xsi:type="dcterms:W3CDTF">2026-09-07T09:47:00Z</dcterms:modified>
  <cp:category/>
</cp:coreProperties>
</file>